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before="0"/>
      </w:pPr>
      <w:r>
        <w:rPr>
          <w:rFonts w:ascii="Microsoft JhengHei" w:hAnsi="Microsoft JhengHei" w:eastAsia="Microsoft JhengHei" w:cs="Microsoft JhengHei"/>
          <w:b/>
          <w:color w:val="0C1A33"/>
          <w:sz w:val="34"/>
        </w:rPr>
        <w:t xml:space="preserve">AI 酷老師申請表 </w:t>
      </w:r>
      <w:r>
        <w:rPr>
          <w:rFonts w:ascii="Microsoft JhengHei" w:hAnsi="Microsoft JhengHei" w:eastAsia="Microsoft JhengHei" w:cs="Microsoft JhengHei"/>
          <w:b w:val="0"/>
          <w:color w:val="2563EB"/>
          <w:sz w:val="22"/>
        </w:rPr>
        <w:t>Application Form</w:t>
      </w:r>
    </w:p>
    <w:p>
      <w:pPr>
        <w:spacing w:after="40"/>
      </w:pPr>
      <w:r>
        <w:rPr>
          <w:rFonts w:ascii="Microsoft JhengHei" w:hAnsi="Microsoft JhengHei" w:eastAsia="Microsoft JhengHei" w:cs="Microsoft JhengHei"/>
          <w:b/>
          <w:color w:val="1D4ED8"/>
          <w:sz w:val="18"/>
        </w:rPr>
        <w:t>AI 酷老師專案計畫　｜　Logiscool 邏輯酷 × AIDC</w:t>
      </w:r>
    </w:p>
    <w:p>
      <w:pPr>
        <w:spacing w:after="40"/>
      </w:pPr>
      <w:r>
        <w:rPr>
          <w:rFonts w:ascii="Microsoft JhengHei" w:hAnsi="Microsoft JhengHei" w:eastAsia="Microsoft JhengHei" w:cs="Microsoft JhengHei"/>
          <w:b w:val="0"/>
          <w:color w:val="5B6F8C"/>
          <w:sz w:val="17"/>
        </w:rPr>
        <w:t>請於電腦填寫（點選 ☐ 即可勾選）或列印後以正楷填寫。填寫完成後依繳交方式提交：</w:t>
      </w:r>
      <w:r>
        <w:rPr>
          <w:rFonts w:ascii="Microsoft JhengHei" w:hAnsi="Microsoft JhengHei" w:eastAsia="Microsoft JhengHei" w:cs="Microsoft JhengHei"/>
          <w:b/>
          <w:color w:val="C2410C"/>
          <w:sz w:val="17"/>
        </w:rPr>
        <w:t>繳交方式【待補】</w:t>
      </w:r>
    </w:p>
    <w:p>
      <w:pPr>
        <w:keepNext/>
        <w:spacing w:after="40" w:before="100"/>
      </w:pPr>
      <w:r>
        <w:rPr>
          <w:rFonts w:ascii="Microsoft JhengHei" w:hAnsi="Microsoft JhengHei" w:eastAsia="Microsoft JhengHei" w:cs="Microsoft JhengHei"/>
          <w:b/>
          <w:color w:val="FFFFFF"/>
          <w:sz w:val="20"/>
          <w:shd w:val="clear" w:fill="2563EB"/>
        </w:rPr>
        <w:t xml:space="preserve"> 1 </w:t>
      </w:r>
      <w:r>
        <w:rPr>
          <w:rFonts w:ascii="Microsoft JhengHei" w:hAnsi="Microsoft JhengHei" w:eastAsia="Microsoft JhengHei" w:cs="Microsoft JhengHei"/>
          <w:b/>
          <w:color w:val="1D4ED8"/>
          <w:sz w:val="22"/>
        </w:rPr>
        <w:t xml:space="preserve">  基本資料  </w:t>
      </w:r>
      <w:r>
        <w:rPr>
          <w:rFonts w:ascii="Microsoft JhengHei" w:hAnsi="Microsoft JhengHei" w:eastAsia="Microsoft JhengHei" w:cs="Microsoft JhengHei"/>
          <w:b w:val="0"/>
          <w:color w:val="5B6F8C"/>
          <w:sz w:val="17"/>
        </w:rPr>
        <w:t>Personal Information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6" w:color="9DB8E0"/>
          <w:left w:val="single" w:sz="6" w:color="9DB8E0"/>
          <w:bottom w:val="single" w:sz="6" w:color="9DB8E0"/>
          <w:right w:val="single" w:sz="6" w:color="9DB8E0"/>
          <w:insideH w:val="single" w:sz="6" w:color="9DB8E0"/>
          <w:insideV w:val="single" w:sz="6" w:color="9DB8E0"/>
        </w:tblBorders>
        <w:tblLayout w:type="fixed"/>
        <w:tblCellMar>
          <w:top w:w="102" w:type="dxa"/>
          <w:left w:w="102" w:type="dxa"/>
          <w:bottom w:w="102" w:type="dxa"/>
          <w:right w:w="102" w:type="dxa"/>
        </w:tblCellMar>
        <w:tblLayout w:type="fixed"/>
      </w:tblPr>
      <w:tblGrid>
        <w:gridCol w:w="1360"/>
        <w:gridCol w:w="3288"/>
        <w:gridCol w:w="1701"/>
        <w:gridCol w:w="3288"/>
      </w:tblGrid>
      <w:tr>
        <w:trPr>
          <w:cantSplit/>
          <w:trHeight w:val="453" w:hRule="atLeast"/>
        </w:trPr>
        <w:tc>
          <w:tcPr>
            <w:tcW w:type="dxa" w:w="1360"/>
            <w:shd w:val="clear" w:color="auto" w:fill="F0F6FF"/>
            <w:vAlign w:val="center"/>
          </w:tcPr>
          <w:p>
            <w:pPr>
              <w:spacing w:after="0"/>
            </w:pPr>
            <w:r>
              <w:rPr>
                <w:rFonts w:ascii="Microsoft JhengHei" w:hAnsi="Microsoft JhengHei" w:eastAsia="Microsoft JhengHei" w:cs="Microsoft JhengHei"/>
                <w:b/>
                <w:color w:val="0C1A33"/>
                <w:sz w:val="18"/>
              </w:rPr>
              <w:t>姓名</w:t>
            </w:r>
          </w:p>
        </w:tc>
        <w:tc>
          <w:tcPr>
            <w:tcW w:type="dxa" w:w="3288"/>
          </w:tcPr>
          <w:p/>
        </w:tc>
        <w:tc>
          <w:tcPr>
            <w:tcW w:type="dxa" w:w="1701"/>
            <w:shd w:val="clear" w:color="auto" w:fill="F0F6FF"/>
            <w:vAlign w:val="center"/>
          </w:tcPr>
          <w:p>
            <w:pPr>
              <w:spacing w:after="0"/>
            </w:pPr>
            <w:r>
              <w:rPr>
                <w:rFonts w:ascii="Microsoft JhengHei" w:hAnsi="Microsoft JhengHei" w:eastAsia="Microsoft JhengHei" w:cs="Microsoft JhengHei"/>
                <w:b/>
                <w:color w:val="0C1A33"/>
                <w:sz w:val="18"/>
              </w:rPr>
              <w:t>英文姓名</w:t>
            </w:r>
            <w:r>
              <w:rPr>
                <w:rFonts w:ascii="Microsoft JhengHei" w:hAnsi="Microsoft JhengHei" w:eastAsia="Microsoft JhengHei" w:cs="Microsoft JhengHei"/>
                <w:b w:val="0"/>
                <w:color w:val="5B6F8C"/>
                <w:sz w:val="16"/>
              </w:rPr>
              <w:br/>
              <w:t>（選填）</w:t>
            </w:r>
          </w:p>
        </w:tc>
        <w:tc>
          <w:tcPr>
            <w:tcW w:type="dxa" w:w="3288"/>
          </w:tcPr>
          <w:p/>
        </w:tc>
      </w:tr>
      <w:tr>
        <w:trPr>
          <w:cantSplit/>
          <w:trHeight w:val="453" w:hRule="atLeast"/>
        </w:trPr>
        <w:tc>
          <w:tcPr>
            <w:tcW w:type="dxa" w:w="1360"/>
            <w:shd w:val="clear" w:color="auto" w:fill="F0F6FF"/>
            <w:vAlign w:val="center"/>
          </w:tcPr>
          <w:p>
            <w:pPr>
              <w:spacing w:after="0"/>
            </w:pPr>
            <w:r>
              <w:rPr>
                <w:rFonts w:ascii="Microsoft JhengHei" w:hAnsi="Microsoft JhengHei" w:eastAsia="Microsoft JhengHei" w:cs="Microsoft JhengHei"/>
                <w:b/>
                <w:color w:val="0C1A33"/>
                <w:sz w:val="18"/>
              </w:rPr>
              <w:t>手機</w:t>
            </w:r>
          </w:p>
        </w:tc>
        <w:tc>
          <w:tcPr>
            <w:tcW w:type="dxa" w:w="3288"/>
          </w:tcPr>
          <w:p/>
        </w:tc>
        <w:tc>
          <w:tcPr>
            <w:tcW w:type="dxa" w:w="1701"/>
            <w:shd w:val="clear" w:color="auto" w:fill="F0F6FF"/>
            <w:vAlign w:val="center"/>
          </w:tcPr>
          <w:p>
            <w:pPr>
              <w:spacing w:after="0"/>
            </w:pPr>
            <w:r>
              <w:rPr>
                <w:rFonts w:ascii="Microsoft JhengHei" w:hAnsi="Microsoft JhengHei" w:eastAsia="Microsoft JhengHei" w:cs="Microsoft JhengHei"/>
                <w:b/>
                <w:color w:val="0C1A33"/>
                <w:sz w:val="18"/>
              </w:rPr>
              <w:t>Email</w:t>
            </w:r>
          </w:p>
        </w:tc>
        <w:tc>
          <w:tcPr>
            <w:tcW w:type="dxa" w:w="3288"/>
          </w:tcPr>
          <w:p/>
        </w:tc>
      </w:tr>
      <w:tr>
        <w:trPr>
          <w:cantSplit/>
          <w:trHeight w:val="453" w:hRule="atLeast"/>
        </w:trPr>
        <w:tc>
          <w:tcPr>
            <w:tcW w:type="dxa" w:w="1360"/>
            <w:shd w:val="clear" w:color="auto" w:fill="F0F6FF"/>
            <w:vAlign w:val="center"/>
          </w:tcPr>
          <w:p>
            <w:pPr>
              <w:spacing w:after="0"/>
            </w:pPr>
            <w:r>
              <w:rPr>
                <w:rFonts w:ascii="Microsoft JhengHei" w:hAnsi="Microsoft JhengHei" w:eastAsia="Microsoft JhengHei" w:cs="Microsoft JhengHei"/>
                <w:b/>
                <w:color w:val="0C1A33"/>
                <w:sz w:val="18"/>
              </w:rPr>
              <w:t>LINE ID</w:t>
            </w:r>
          </w:p>
        </w:tc>
        <w:tc>
          <w:tcPr>
            <w:tcW w:type="dxa" w:w="3288"/>
          </w:tcPr>
          <w:p/>
        </w:tc>
        <w:tc>
          <w:tcPr>
            <w:tcW w:type="dxa" w:w="1701"/>
            <w:shd w:val="clear" w:color="auto" w:fill="F0F6FF"/>
            <w:vAlign w:val="center"/>
          </w:tcPr>
          <w:p>
            <w:pPr>
              <w:spacing w:after="0"/>
            </w:pPr>
            <w:r>
              <w:rPr>
                <w:rFonts w:ascii="Microsoft JhengHei" w:hAnsi="Microsoft JhengHei" w:eastAsia="Microsoft JhengHei" w:cs="Microsoft JhengHei"/>
                <w:b/>
                <w:color w:val="0C1A33"/>
                <w:sz w:val="18"/>
              </w:rPr>
              <w:t>現職公司／職稱</w:t>
            </w:r>
          </w:p>
        </w:tc>
        <w:tc>
          <w:tcPr>
            <w:tcW w:type="dxa" w:w="3288"/>
          </w:tcPr>
          <w:p/>
        </w:tc>
      </w:tr>
      <w:tr>
        <w:trPr>
          <w:cantSplit/>
          <w:trHeight w:val="453" w:hRule="atLeast"/>
        </w:trPr>
        <w:tc>
          <w:tcPr>
            <w:tcW w:type="dxa" w:w="1360"/>
            <w:shd w:val="clear" w:color="auto" w:fill="F0F6FF"/>
            <w:vAlign w:val="center"/>
          </w:tcPr>
          <w:p>
            <w:pPr>
              <w:spacing w:after="0"/>
            </w:pPr>
            <w:r>
              <w:rPr>
                <w:rFonts w:ascii="Microsoft JhengHei" w:hAnsi="Microsoft JhengHei" w:eastAsia="Microsoft JhengHei" w:cs="Microsoft JhengHei"/>
                <w:b/>
                <w:color w:val="0C1A33"/>
                <w:sz w:val="18"/>
              </w:rPr>
              <w:t>專業領域</w:t>
            </w:r>
          </w:p>
        </w:tc>
        <w:tc>
          <w:tcPr>
            <w:tcW w:type="dxa" w:w="8277"/>
            <w:gridSpan w:val="3"/>
          </w:tcPr>
          <w:p/>
        </w:tc>
      </w:tr>
    </w:tbl>
    <w:p>
      <w:pPr>
        <w:keepNext/>
        <w:spacing w:after="40" w:before="100"/>
      </w:pPr>
      <w:r>
        <w:rPr>
          <w:rFonts w:ascii="Microsoft JhengHei" w:hAnsi="Microsoft JhengHei" w:eastAsia="Microsoft JhengHei" w:cs="Microsoft JhengHei"/>
          <w:b/>
          <w:color w:val="FFFFFF"/>
          <w:sz w:val="20"/>
          <w:shd w:val="clear" w:fill="2563EB"/>
        </w:rPr>
        <w:t xml:space="preserve"> 2 </w:t>
      </w:r>
      <w:r>
        <w:rPr>
          <w:rFonts w:ascii="Microsoft JhengHei" w:hAnsi="Microsoft JhengHei" w:eastAsia="Microsoft JhengHei" w:cs="Microsoft JhengHei"/>
          <w:b/>
          <w:color w:val="1D4ED8"/>
          <w:sz w:val="22"/>
        </w:rPr>
        <w:t xml:space="preserve">  工作經驗  </w:t>
      </w:r>
      <w:r>
        <w:rPr>
          <w:rFonts w:ascii="Microsoft JhengHei" w:hAnsi="Microsoft JhengHei" w:eastAsia="Microsoft JhengHei" w:cs="Microsoft JhengHei"/>
          <w:b w:val="0"/>
          <w:color w:val="5B6F8C"/>
          <w:sz w:val="17"/>
        </w:rPr>
        <w:t>Work Experience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6" w:color="9DB8E0"/>
          <w:left w:val="single" w:sz="6" w:color="9DB8E0"/>
          <w:bottom w:val="single" w:sz="6" w:color="9DB8E0"/>
          <w:right w:val="single" w:sz="6" w:color="9DB8E0"/>
          <w:insideH w:val="single" w:sz="6" w:color="9DB8E0"/>
          <w:insideV w:val="single" w:sz="6" w:color="9DB8E0"/>
        </w:tblBorders>
        <w:tblLayout w:type="fixed"/>
        <w:tblCellMar>
          <w:top w:w="102" w:type="dxa"/>
          <w:left w:w="102" w:type="dxa"/>
          <w:bottom w:w="102" w:type="dxa"/>
          <w:right w:w="102" w:type="dxa"/>
        </w:tblCellMar>
        <w:tblLayout w:type="fixed"/>
      </w:tblPr>
      <w:tblGrid>
        <w:gridCol w:w="510"/>
        <w:gridCol w:w="2268"/>
        <w:gridCol w:w="1701"/>
        <w:gridCol w:w="1701"/>
        <w:gridCol w:w="3458"/>
      </w:tblGrid>
      <w:tr>
        <w:trPr>
          <w:cantSplit/>
        </w:trPr>
        <w:tc>
          <w:tcPr>
            <w:tcW w:type="dxa" w:w="510"/>
            <w:shd w:val="clear" w:color="auto" w:fill="2563EB"/>
          </w:tcPr>
          <w:p>
            <w:pPr>
              <w:spacing w:after="0"/>
            </w:pPr>
            <w:r>
              <w:rPr>
                <w:rFonts w:ascii="Microsoft JhengHei" w:hAnsi="Microsoft JhengHei" w:eastAsia="Microsoft JhengHei" w:cs="Microsoft JhengHei"/>
                <w:b/>
                <w:color w:val="FFFFFF"/>
                <w:sz w:val="18"/>
              </w:rPr>
              <w:t>#</w:t>
            </w:r>
          </w:p>
        </w:tc>
        <w:tc>
          <w:tcPr>
            <w:tcW w:type="dxa" w:w="2268"/>
            <w:shd w:val="clear" w:color="auto" w:fill="2563EB"/>
          </w:tcPr>
          <w:p>
            <w:pPr>
              <w:spacing w:after="0"/>
            </w:pPr>
            <w:r>
              <w:rPr>
                <w:rFonts w:ascii="Microsoft JhengHei" w:hAnsi="Microsoft JhengHei" w:eastAsia="Microsoft JhengHei" w:cs="Microsoft JhengHei"/>
                <w:b/>
                <w:color w:val="FFFFFF"/>
                <w:sz w:val="18"/>
              </w:rPr>
              <w:t>公司／單位</w:t>
            </w:r>
          </w:p>
        </w:tc>
        <w:tc>
          <w:tcPr>
            <w:tcW w:type="dxa" w:w="1701"/>
            <w:shd w:val="clear" w:color="auto" w:fill="2563EB"/>
          </w:tcPr>
          <w:p>
            <w:pPr>
              <w:spacing w:after="0"/>
            </w:pPr>
            <w:r>
              <w:rPr>
                <w:rFonts w:ascii="Microsoft JhengHei" w:hAnsi="Microsoft JhengHei" w:eastAsia="Microsoft JhengHei" w:cs="Microsoft JhengHei"/>
                <w:b/>
                <w:color w:val="FFFFFF"/>
                <w:sz w:val="18"/>
              </w:rPr>
              <w:t>職稱</w:t>
            </w:r>
          </w:p>
        </w:tc>
        <w:tc>
          <w:tcPr>
            <w:tcW w:type="dxa" w:w="1701"/>
            <w:shd w:val="clear" w:color="auto" w:fill="2563EB"/>
          </w:tcPr>
          <w:p>
            <w:pPr>
              <w:spacing w:after="0"/>
            </w:pPr>
            <w:r>
              <w:rPr>
                <w:rFonts w:ascii="Microsoft JhengHei" w:hAnsi="Microsoft JhengHei" w:eastAsia="Microsoft JhengHei" w:cs="Microsoft JhengHei"/>
                <w:b/>
                <w:color w:val="FFFFFF"/>
                <w:sz w:val="18"/>
              </w:rPr>
              <w:t>期間</w:t>
            </w:r>
          </w:p>
        </w:tc>
        <w:tc>
          <w:tcPr>
            <w:tcW w:type="dxa" w:w="3458"/>
            <w:shd w:val="clear" w:color="auto" w:fill="2563EB"/>
          </w:tcPr>
          <w:p>
            <w:pPr>
              <w:spacing w:after="0"/>
            </w:pPr>
            <w:r>
              <w:rPr>
                <w:rFonts w:ascii="Microsoft JhengHei" w:hAnsi="Microsoft JhengHei" w:eastAsia="Microsoft JhengHei" w:cs="Microsoft JhengHei"/>
                <w:b/>
                <w:color w:val="FFFFFF"/>
                <w:sz w:val="18"/>
              </w:rPr>
              <w:t>主要工作內容</w:t>
            </w:r>
          </w:p>
        </w:tc>
      </w:tr>
      <w:tr>
        <w:trPr>
          <w:cantSplit/>
          <w:trHeight w:val="623" w:hRule="atLeast"/>
        </w:trPr>
        <w:tc>
          <w:tcPr>
            <w:tcW w:type="dxa" w:w="510"/>
            <w:shd w:val="clear" w:color="auto" w:fill="F0F6FF"/>
            <w:vAlign w:val="center"/>
          </w:tcPr>
          <w:p>
            <w:pPr>
              <w:spacing w:after="0"/>
              <w:jc w:val="center"/>
            </w:pPr>
            <w:r>
              <w:rPr>
                <w:rFonts w:ascii="Microsoft JhengHei" w:hAnsi="Microsoft JhengHei" w:eastAsia="Microsoft JhengHei" w:cs="Microsoft JhengHei"/>
                <w:b/>
                <w:color w:val="2563EB"/>
                <w:sz w:val="20"/>
              </w:rPr>
              <w:t>1</w:t>
            </w:r>
          </w:p>
        </w:tc>
        <w:tc>
          <w:tcPr>
            <w:tcW w:type="dxa" w:w="2268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>
            <w:pPr>
              <w:spacing w:after="0"/>
            </w:pPr>
            <w:r>
              <w:rPr>
                <w:rFonts w:ascii="Microsoft JhengHei" w:hAnsi="Microsoft JhengHei" w:eastAsia="Microsoft JhengHei" w:cs="Microsoft JhengHei"/>
                <w:color w:val="5B6F8C"/>
                <w:sz w:val="16"/>
              </w:rPr>
              <w:t xml:space="preserve">　　年　　月</w:t>
            </w:r>
          </w:p>
          <w:p>
            <w:pPr>
              <w:spacing w:after="0"/>
            </w:pPr>
            <w:r>
              <w:rPr>
                <w:rFonts w:ascii="Microsoft JhengHei" w:hAnsi="Microsoft JhengHei" w:eastAsia="Microsoft JhengHei" w:cs="Microsoft JhengHei"/>
                <w:color w:val="5B6F8C"/>
                <w:sz w:val="16"/>
              </w:rPr>
              <w:t>～　　年　　月</w:t>
            </w:r>
          </w:p>
        </w:tc>
        <w:tc>
          <w:tcPr>
            <w:tcW w:type="dxa" w:w="3458"/>
          </w:tcPr>
          <w:p/>
        </w:tc>
      </w:tr>
      <w:tr>
        <w:trPr>
          <w:cantSplit/>
          <w:trHeight w:val="623" w:hRule="atLeast"/>
        </w:trPr>
        <w:tc>
          <w:tcPr>
            <w:tcW w:type="dxa" w:w="510"/>
            <w:shd w:val="clear" w:color="auto" w:fill="F0F6FF"/>
            <w:vAlign w:val="center"/>
          </w:tcPr>
          <w:p>
            <w:pPr>
              <w:spacing w:after="0"/>
              <w:jc w:val="center"/>
            </w:pPr>
            <w:r>
              <w:rPr>
                <w:rFonts w:ascii="Microsoft JhengHei" w:hAnsi="Microsoft JhengHei" w:eastAsia="Microsoft JhengHei" w:cs="Microsoft JhengHei"/>
                <w:b/>
                <w:color w:val="2563EB"/>
                <w:sz w:val="20"/>
              </w:rPr>
              <w:t>2</w:t>
            </w:r>
          </w:p>
        </w:tc>
        <w:tc>
          <w:tcPr>
            <w:tcW w:type="dxa" w:w="2268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>
            <w:pPr>
              <w:spacing w:after="0"/>
            </w:pPr>
            <w:r>
              <w:rPr>
                <w:rFonts w:ascii="Microsoft JhengHei" w:hAnsi="Microsoft JhengHei" w:eastAsia="Microsoft JhengHei" w:cs="Microsoft JhengHei"/>
                <w:color w:val="5B6F8C"/>
                <w:sz w:val="16"/>
              </w:rPr>
              <w:t xml:space="preserve">　　年　　月</w:t>
            </w:r>
          </w:p>
          <w:p>
            <w:pPr>
              <w:spacing w:after="0"/>
            </w:pPr>
            <w:r>
              <w:rPr>
                <w:rFonts w:ascii="Microsoft JhengHei" w:hAnsi="Microsoft JhengHei" w:eastAsia="Microsoft JhengHei" w:cs="Microsoft JhengHei"/>
                <w:color w:val="5B6F8C"/>
                <w:sz w:val="16"/>
              </w:rPr>
              <w:t>～　　年　　月</w:t>
            </w:r>
          </w:p>
        </w:tc>
        <w:tc>
          <w:tcPr>
            <w:tcW w:type="dxa" w:w="3458"/>
          </w:tcPr>
          <w:p/>
        </w:tc>
      </w:tr>
      <w:tr>
        <w:trPr>
          <w:cantSplit/>
          <w:trHeight w:val="623" w:hRule="atLeast"/>
        </w:trPr>
        <w:tc>
          <w:tcPr>
            <w:tcW w:type="dxa" w:w="510"/>
            <w:shd w:val="clear" w:color="auto" w:fill="F0F6FF"/>
            <w:vAlign w:val="center"/>
          </w:tcPr>
          <w:p>
            <w:pPr>
              <w:spacing w:after="0"/>
              <w:jc w:val="center"/>
            </w:pPr>
            <w:r>
              <w:rPr>
                <w:rFonts w:ascii="Microsoft JhengHei" w:hAnsi="Microsoft JhengHei" w:eastAsia="Microsoft JhengHei" w:cs="Microsoft JhengHei"/>
                <w:b/>
                <w:color w:val="2563EB"/>
                <w:sz w:val="20"/>
              </w:rPr>
              <w:t>3</w:t>
            </w:r>
          </w:p>
        </w:tc>
        <w:tc>
          <w:tcPr>
            <w:tcW w:type="dxa" w:w="2268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>
            <w:pPr>
              <w:spacing w:after="0"/>
            </w:pPr>
            <w:r>
              <w:rPr>
                <w:rFonts w:ascii="Microsoft JhengHei" w:hAnsi="Microsoft JhengHei" w:eastAsia="Microsoft JhengHei" w:cs="Microsoft JhengHei"/>
                <w:color w:val="5B6F8C"/>
                <w:sz w:val="16"/>
              </w:rPr>
              <w:t xml:space="preserve">　　年　　月</w:t>
            </w:r>
          </w:p>
          <w:p>
            <w:pPr>
              <w:spacing w:after="0"/>
            </w:pPr>
            <w:r>
              <w:rPr>
                <w:rFonts w:ascii="Microsoft JhengHei" w:hAnsi="Microsoft JhengHei" w:eastAsia="Microsoft JhengHei" w:cs="Microsoft JhengHei"/>
                <w:color w:val="5B6F8C"/>
                <w:sz w:val="16"/>
              </w:rPr>
              <w:t>～　　年　　月</w:t>
            </w:r>
          </w:p>
        </w:tc>
        <w:tc>
          <w:tcPr>
            <w:tcW w:type="dxa" w:w="3458"/>
          </w:tcPr>
          <w:p/>
        </w:tc>
      </w:tr>
    </w:tbl>
    <w:p>
      <w:pPr>
        <w:keepNext/>
        <w:spacing w:after="40" w:before="100"/>
      </w:pPr>
      <w:r>
        <w:rPr>
          <w:rFonts w:ascii="Microsoft JhengHei" w:hAnsi="Microsoft JhengHei" w:eastAsia="Microsoft JhengHei" w:cs="Microsoft JhengHei"/>
          <w:b/>
          <w:color w:val="FFFFFF"/>
          <w:sz w:val="20"/>
          <w:shd w:val="clear" w:fill="2563EB"/>
        </w:rPr>
        <w:t xml:space="preserve"> 3 </w:t>
      </w:r>
      <w:r>
        <w:rPr>
          <w:rFonts w:ascii="Microsoft JhengHei" w:hAnsi="Microsoft JhengHei" w:eastAsia="Microsoft JhengHei" w:cs="Microsoft JhengHei"/>
          <w:b/>
          <w:color w:val="1D4ED8"/>
          <w:sz w:val="22"/>
        </w:rPr>
        <w:t xml:space="preserve">  擅長領域  </w:t>
      </w:r>
      <w:r>
        <w:rPr>
          <w:rFonts w:ascii="Microsoft JhengHei" w:hAnsi="Microsoft JhengHei" w:eastAsia="Microsoft JhengHei" w:cs="Microsoft JhengHei"/>
          <w:b w:val="0"/>
          <w:color w:val="5B6F8C"/>
          <w:sz w:val="17"/>
        </w:rPr>
        <w:t>Areas of Expertise（可複選）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6" w:color="9DB8E0"/>
          <w:left w:val="single" w:sz="6" w:color="9DB8E0"/>
          <w:bottom w:val="single" w:sz="6" w:color="9DB8E0"/>
          <w:right w:val="single" w:sz="6" w:color="9DB8E0"/>
          <w:insideH w:val="single" w:sz="6" w:color="9DB8E0"/>
          <w:insideV w:val="single" w:sz="6" w:color="9DB8E0"/>
        </w:tblBorders>
        <w:tblLayout w:type="fixed"/>
        <w:tblCellMar>
          <w:top w:w="102" w:type="dxa"/>
          <w:left w:w="102" w:type="dxa"/>
          <w:bottom w:w="102" w:type="dxa"/>
          <w:right w:w="102" w:type="dxa"/>
        </w:tblCellMar>
        <w:tblLayout w:type="fixed"/>
      </w:tblPr>
      <w:tblGrid>
        <w:gridCol w:w="1247"/>
        <w:gridCol w:w="1360"/>
        <w:gridCol w:w="7030"/>
      </w:tblGrid>
      <w:tr>
        <w:trPr>
          <w:cantSplit/>
        </w:trPr>
        <w:tc>
          <w:tcPr>
            <w:tcW w:type="dxa" w:w="1247"/>
            <w:vMerge w:val="restart"/>
            <w:shd w:val="clear" w:color="auto" w:fill="F0F6FF"/>
            <w:vAlign w:val="center"/>
          </w:tcPr>
          <w:p>
            <w:pPr>
              <w:spacing w:after="0"/>
            </w:pPr>
            <w:r>
              <w:rPr>
                <w:rFonts w:ascii="Microsoft JhengHei" w:hAnsi="Microsoft JhengHei" w:eastAsia="Microsoft JhengHei" w:cs="Microsoft JhengHei"/>
                <w:b/>
                <w:color w:val="0C1A33"/>
                <w:sz w:val="18"/>
              </w:rPr>
              <w:t>擅長項目</w:t>
            </w:r>
          </w:p>
        </w:tc>
        <w:tc>
          <w:tcPr>
            <w:tcW w:type="dxa" w:w="1360"/>
            <w:shd w:val="clear" w:color="auto" w:fill="F7FBFF"/>
            <w:vAlign w:val="center"/>
          </w:tcPr>
          <w:p>
            <w:pPr>
              <w:spacing w:after="0"/>
            </w:pPr>
            <w:r>
              <w:rPr>
                <w:rFonts w:ascii="Microsoft JhengHei" w:hAnsi="Microsoft JhengHei" w:eastAsia="Microsoft JhengHei" w:cs="Microsoft JhengHei"/>
                <w:b/>
                <w:color w:val="0C1A33"/>
                <w:sz w:val="18"/>
              </w:rPr>
              <w:t>技術與數據</w:t>
            </w:r>
          </w:p>
        </w:tc>
        <w:tc>
          <w:tcPr>
            <w:tcW w:type="dxa" w:w="7030"/>
            <w:vAlign w:val="center"/>
          </w:tcPr>
          <w:p>
            <w:pPr>
              <w:spacing w:after="0"/>
            </w:pPr>
            <w:sdt>
              <w:sdtPr>
                <w:rPr>
                  <w:rFonts w:ascii="MS Gothic" w:hAnsi="MS Gothic" w:eastAsia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18"/>
                  </w:rPr>
                  <w:t>☐</w:t>
                </w:r>
              </w:sdtContent>
            </w:sdt>
            <w:r>
              <w:rPr>
                <w:rFonts w:ascii="Microsoft JhengHei" w:hAnsi="Microsoft JhengHei" w:eastAsia="Microsoft JhengHei" w:cs="Microsoft JhengHei"/>
                <w:b w:val="0"/>
                <w:sz w:val="18"/>
              </w:rPr>
              <w:t xml:space="preserve"> 程式設計　</w:t>
            </w:r>
            <w:sdt>
              <w:sdtPr>
                <w:rPr>
                  <w:rFonts w:ascii="MS Gothic" w:hAnsi="MS Gothic" w:eastAsia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18"/>
                  </w:rPr>
                  <w:t>☐</w:t>
                </w:r>
              </w:sdtContent>
            </w:sdt>
            <w:r>
              <w:rPr>
                <w:rFonts w:ascii="Microsoft JhengHei" w:hAnsi="Microsoft JhengHei" w:eastAsia="Microsoft JhengHei" w:cs="Microsoft JhengHei"/>
                <w:b w:val="0"/>
                <w:sz w:val="18"/>
              </w:rPr>
              <w:t xml:space="preserve"> AI 應用　</w:t>
            </w:r>
            <w:sdt>
              <w:sdtPr>
                <w:rPr>
                  <w:rFonts w:ascii="MS Gothic" w:hAnsi="MS Gothic" w:eastAsia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18"/>
                  </w:rPr>
                  <w:t>☐</w:t>
                </w:r>
              </w:sdtContent>
            </w:sdt>
            <w:r>
              <w:rPr>
                <w:rFonts w:ascii="Microsoft JhengHei" w:hAnsi="Microsoft JhengHei" w:eastAsia="Microsoft JhengHei" w:cs="Microsoft JhengHei"/>
                <w:b w:val="0"/>
                <w:sz w:val="18"/>
              </w:rPr>
              <w:t xml:space="preserve"> 資料分析　</w:t>
            </w:r>
            <w:sdt>
              <w:sdtPr>
                <w:rPr>
                  <w:rFonts w:ascii="MS Gothic" w:hAnsi="MS Gothic" w:eastAsia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18"/>
                  </w:rPr>
                  <w:t>☐</w:t>
                </w:r>
              </w:sdtContent>
            </w:sdt>
            <w:r>
              <w:rPr>
                <w:rFonts w:ascii="Microsoft JhengHei" w:hAnsi="Microsoft JhengHei" w:eastAsia="Microsoft JhengHei" w:cs="Microsoft JhengHei"/>
                <w:b w:val="0"/>
                <w:sz w:val="18"/>
              </w:rPr>
              <w:t xml:space="preserve"> 系統設計　</w:t>
            </w:r>
          </w:p>
        </w:tc>
      </w:tr>
      <w:tr>
        <w:trPr>
          <w:cantSplit/>
        </w:trPr>
        <w:tc>
          <w:tcPr>
            <w:tcW w:type="dxa" w:w="1247"/>
            <w:vMerge/>
          </w:tcPr>
          <w:p/>
        </w:tc>
        <w:tc>
          <w:tcPr>
            <w:tcW w:type="dxa" w:w="1360"/>
            <w:shd w:val="clear" w:color="auto" w:fill="F7FBFF"/>
            <w:vAlign w:val="center"/>
          </w:tcPr>
          <w:p>
            <w:pPr>
              <w:spacing w:after="0"/>
            </w:pPr>
            <w:r>
              <w:rPr>
                <w:rFonts w:ascii="Microsoft JhengHei" w:hAnsi="Microsoft JhengHei" w:eastAsia="Microsoft JhengHei" w:cs="Microsoft JhengHei"/>
                <w:b/>
                <w:color w:val="0C1A33"/>
                <w:sz w:val="18"/>
              </w:rPr>
              <w:t>企業職能</w:t>
            </w:r>
          </w:p>
        </w:tc>
        <w:tc>
          <w:tcPr>
            <w:tcW w:type="dxa" w:w="7030"/>
            <w:vAlign w:val="center"/>
          </w:tcPr>
          <w:p>
            <w:pPr>
              <w:spacing w:after="0"/>
            </w:pPr>
            <w:sdt>
              <w:sdtPr>
                <w:rPr>
                  <w:rFonts w:ascii="MS Gothic" w:hAnsi="MS Gothic" w:eastAsia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18"/>
                  </w:rPr>
                  <w:t>☐</w:t>
                </w:r>
              </w:sdtContent>
            </w:sdt>
            <w:r>
              <w:rPr>
                <w:rFonts w:ascii="Microsoft JhengHei" w:hAnsi="Microsoft JhengHei" w:eastAsia="Microsoft JhengHei" w:cs="Microsoft JhengHei"/>
                <w:b w:val="0"/>
                <w:sz w:val="18"/>
              </w:rPr>
              <w:t xml:space="preserve"> 財務　</w:t>
            </w:r>
            <w:sdt>
              <w:sdtPr>
                <w:rPr>
                  <w:rFonts w:ascii="MS Gothic" w:hAnsi="MS Gothic" w:eastAsia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18"/>
                  </w:rPr>
                  <w:t>☐</w:t>
                </w:r>
              </w:sdtContent>
            </w:sdt>
            <w:r>
              <w:rPr>
                <w:rFonts w:ascii="Microsoft JhengHei" w:hAnsi="Microsoft JhengHei" w:eastAsia="Microsoft JhengHei" w:cs="Microsoft JhengHei"/>
                <w:b w:val="0"/>
                <w:sz w:val="18"/>
              </w:rPr>
              <w:t xml:space="preserve"> 行銷　</w:t>
            </w:r>
            <w:sdt>
              <w:sdtPr>
                <w:rPr>
                  <w:rFonts w:ascii="MS Gothic" w:hAnsi="MS Gothic" w:eastAsia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18"/>
                  </w:rPr>
                  <w:t>☐</w:t>
                </w:r>
              </w:sdtContent>
            </w:sdt>
            <w:r>
              <w:rPr>
                <w:rFonts w:ascii="Microsoft JhengHei" w:hAnsi="Microsoft JhengHei" w:eastAsia="Microsoft JhengHei" w:cs="Microsoft JhengHei"/>
                <w:b w:val="0"/>
                <w:sz w:val="18"/>
              </w:rPr>
              <w:t xml:space="preserve"> 業務　</w:t>
            </w:r>
            <w:sdt>
              <w:sdtPr>
                <w:rPr>
                  <w:rFonts w:ascii="MS Gothic" w:hAnsi="MS Gothic" w:eastAsia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18"/>
                  </w:rPr>
                  <w:t>☐</w:t>
                </w:r>
              </w:sdtContent>
            </w:sdt>
            <w:r>
              <w:rPr>
                <w:rFonts w:ascii="Microsoft JhengHei" w:hAnsi="Microsoft JhengHei" w:eastAsia="Microsoft JhengHei" w:cs="Microsoft JhengHei"/>
                <w:b w:val="0"/>
                <w:sz w:val="18"/>
              </w:rPr>
              <w:t xml:space="preserve"> 人事　</w:t>
            </w:r>
            <w:sdt>
              <w:sdtPr>
                <w:rPr>
                  <w:rFonts w:ascii="MS Gothic" w:hAnsi="MS Gothic" w:eastAsia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18"/>
                  </w:rPr>
                  <w:t>☐</w:t>
                </w:r>
              </w:sdtContent>
            </w:sdt>
            <w:r>
              <w:rPr>
                <w:rFonts w:ascii="Microsoft JhengHei" w:hAnsi="Microsoft JhengHei" w:eastAsia="Microsoft JhengHei" w:cs="Microsoft JhengHei"/>
                <w:b w:val="0"/>
                <w:sz w:val="18"/>
              </w:rPr>
              <w:t xml:space="preserve"> 生產　</w:t>
            </w:r>
            <w:sdt>
              <w:sdtPr>
                <w:rPr>
                  <w:rFonts w:ascii="MS Gothic" w:hAnsi="MS Gothic" w:eastAsia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18"/>
                  </w:rPr>
                  <w:t>☐</w:t>
                </w:r>
              </w:sdtContent>
            </w:sdt>
            <w:r>
              <w:rPr>
                <w:rFonts w:ascii="Microsoft JhengHei" w:hAnsi="Microsoft JhengHei" w:eastAsia="Microsoft JhengHei" w:cs="Microsoft JhengHei"/>
                <w:b w:val="0"/>
                <w:sz w:val="18"/>
              </w:rPr>
              <w:t xml:space="preserve"> 採購　</w:t>
            </w:r>
            <w:sdt>
              <w:sdtPr>
                <w:rPr>
                  <w:rFonts w:ascii="MS Gothic" w:hAnsi="MS Gothic" w:eastAsia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18"/>
                  </w:rPr>
                  <w:t>☐</w:t>
                </w:r>
              </w:sdtContent>
            </w:sdt>
            <w:r>
              <w:rPr>
                <w:rFonts w:ascii="Microsoft JhengHei" w:hAnsi="Microsoft JhengHei" w:eastAsia="Microsoft JhengHei" w:cs="Microsoft JhengHei"/>
                <w:b w:val="0"/>
                <w:sz w:val="18"/>
              </w:rPr>
              <w:t xml:space="preserve"> 物流　</w:t>
            </w:r>
            <w:sdt>
              <w:sdtPr>
                <w:rPr>
                  <w:rFonts w:ascii="MS Gothic" w:hAnsi="MS Gothic" w:eastAsia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18"/>
                  </w:rPr>
                  <w:t>☐</w:t>
                </w:r>
              </w:sdtContent>
            </w:sdt>
            <w:r>
              <w:rPr>
                <w:rFonts w:ascii="Microsoft JhengHei" w:hAnsi="Microsoft JhengHei" w:eastAsia="Microsoft JhengHei" w:cs="Microsoft JhengHei"/>
                <w:b w:val="0"/>
                <w:sz w:val="18"/>
              </w:rPr>
              <w:t xml:space="preserve"> 客服　</w:t>
            </w:r>
            <w:sdt>
              <w:sdtPr>
                <w:rPr>
                  <w:rFonts w:ascii="MS Gothic" w:hAnsi="MS Gothic" w:eastAsia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18"/>
                  </w:rPr>
                  <w:t>☐</w:t>
                </w:r>
              </w:sdtContent>
            </w:sdt>
            <w:r>
              <w:rPr>
                <w:rFonts w:ascii="Microsoft JhengHei" w:hAnsi="Microsoft JhengHei" w:eastAsia="Microsoft JhengHei" w:cs="Microsoft JhengHei"/>
                <w:b w:val="0"/>
                <w:sz w:val="18"/>
              </w:rPr>
              <w:t xml:space="preserve"> 法務　</w:t>
            </w:r>
          </w:p>
        </w:tc>
      </w:tr>
      <w:tr>
        <w:trPr>
          <w:cantSplit/>
        </w:trPr>
        <w:tc>
          <w:tcPr>
            <w:tcW w:type="dxa" w:w="1247"/>
            <w:vMerge/>
          </w:tcPr>
          <w:p/>
        </w:tc>
        <w:tc>
          <w:tcPr>
            <w:tcW w:type="dxa" w:w="1360"/>
            <w:shd w:val="clear" w:color="auto" w:fill="F7FBFF"/>
            <w:vAlign w:val="center"/>
          </w:tcPr>
          <w:p>
            <w:pPr>
              <w:spacing w:after="0"/>
            </w:pPr>
            <w:r>
              <w:rPr>
                <w:rFonts w:ascii="Microsoft JhengHei" w:hAnsi="Microsoft JhengHei" w:eastAsia="Microsoft JhengHei" w:cs="Microsoft JhengHei"/>
                <w:b/>
                <w:color w:val="0C1A33"/>
                <w:sz w:val="18"/>
              </w:rPr>
              <w:t>管理與教學</w:t>
            </w:r>
          </w:p>
        </w:tc>
        <w:tc>
          <w:tcPr>
            <w:tcW w:type="dxa" w:w="7030"/>
            <w:vAlign w:val="center"/>
          </w:tcPr>
          <w:p>
            <w:pPr>
              <w:spacing w:after="0"/>
            </w:pPr>
            <w:sdt>
              <w:sdtPr>
                <w:rPr>
                  <w:rFonts w:ascii="MS Gothic" w:hAnsi="MS Gothic" w:eastAsia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18"/>
                  </w:rPr>
                  <w:t>☐</w:t>
                </w:r>
              </w:sdtContent>
            </w:sdt>
            <w:r>
              <w:rPr>
                <w:rFonts w:ascii="Microsoft JhengHei" w:hAnsi="Microsoft JhengHei" w:eastAsia="Microsoft JhengHei" w:cs="Microsoft JhengHei"/>
                <w:b w:val="0"/>
                <w:sz w:val="18"/>
              </w:rPr>
              <w:t xml:space="preserve"> 管理　</w:t>
            </w:r>
            <w:sdt>
              <w:sdtPr>
                <w:rPr>
                  <w:rFonts w:ascii="MS Gothic" w:hAnsi="MS Gothic" w:eastAsia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18"/>
                  </w:rPr>
                  <w:t>☐</w:t>
                </w:r>
              </w:sdtContent>
            </w:sdt>
            <w:r>
              <w:rPr>
                <w:rFonts w:ascii="Microsoft JhengHei" w:hAnsi="Microsoft JhengHei" w:eastAsia="Microsoft JhengHei" w:cs="Microsoft JhengHei"/>
                <w:b w:val="0"/>
                <w:sz w:val="18"/>
              </w:rPr>
              <w:t xml:space="preserve"> 教學／培訓　</w:t>
            </w:r>
            <w:sdt>
              <w:sdtPr>
                <w:rPr>
                  <w:rFonts w:ascii="MS Gothic" w:hAnsi="MS Gothic" w:eastAsia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18"/>
                  </w:rPr>
                  <w:t>☐</w:t>
                </w:r>
              </w:sdtContent>
            </w:sdt>
            <w:r>
              <w:rPr>
                <w:rFonts w:ascii="Microsoft JhengHei" w:hAnsi="Microsoft JhengHei" w:eastAsia="Microsoft JhengHei" w:cs="Microsoft JhengHei"/>
                <w:b w:val="0"/>
                <w:sz w:val="18"/>
              </w:rPr>
              <w:t xml:space="preserve"> 其他＿＿＿＿＿＿</w:t>
            </w:r>
          </w:p>
        </w:tc>
      </w:tr>
      <w:tr>
        <w:trPr>
          <w:cantSplit/>
          <w:trHeight w:val="680" w:hRule="atLeast"/>
        </w:trPr>
        <w:tc>
          <w:tcPr>
            <w:tcW w:type="dxa" w:w="2607"/>
            <w:gridSpan w:val="2"/>
            <w:shd w:val="clear" w:color="auto" w:fill="F0F6FF"/>
            <w:vAlign w:val="center"/>
          </w:tcPr>
          <w:p>
            <w:pPr>
              <w:spacing w:after="0"/>
            </w:pPr>
            <w:r>
              <w:rPr>
                <w:rFonts w:ascii="Microsoft JhengHei" w:hAnsi="Microsoft JhengHei" w:eastAsia="Microsoft JhengHei" w:cs="Microsoft JhengHei"/>
                <w:b/>
                <w:color w:val="0C1A33"/>
                <w:sz w:val="18"/>
              </w:rPr>
              <w:t>簡述</w:t>
            </w:r>
            <w:r>
              <w:rPr>
                <w:rFonts w:ascii="Microsoft JhengHei" w:hAnsi="Microsoft JhengHei" w:eastAsia="Microsoft JhengHei" w:cs="Microsoft JhengHei"/>
                <w:b w:val="0"/>
                <w:color w:val="5B6F8C"/>
                <w:sz w:val="16"/>
              </w:rPr>
              <w:br/>
              <w:t>（擅長項目、使用工具或代表經歷）</w:t>
            </w:r>
          </w:p>
        </w:tc>
        <w:tc>
          <w:tcPr>
            <w:tcW w:type="dxa" w:w="7030"/>
          </w:tcPr>
          <w:p/>
        </w:tc>
      </w:tr>
    </w:tbl>
    <w:p>
      <w:pPr>
        <w:keepNext/>
        <w:spacing w:after="40" w:before="100"/>
      </w:pPr>
      <w:r>
        <w:rPr>
          <w:rFonts w:ascii="Microsoft JhengHei" w:hAnsi="Microsoft JhengHei" w:eastAsia="Microsoft JhengHei" w:cs="Microsoft JhengHei"/>
          <w:b/>
          <w:color w:val="FFFFFF"/>
          <w:sz w:val="20"/>
          <w:shd w:val="clear" w:fill="2563EB"/>
        </w:rPr>
        <w:t xml:space="preserve"> 4 </w:t>
      </w:r>
      <w:r>
        <w:rPr>
          <w:rFonts w:ascii="Microsoft JhengHei" w:hAnsi="Microsoft JhengHei" w:eastAsia="Microsoft JhengHei" w:cs="Microsoft JhengHei"/>
          <w:b/>
          <w:color w:val="1D4ED8"/>
          <w:sz w:val="22"/>
        </w:rPr>
        <w:t xml:space="preserve">  申請身分  </w:t>
      </w:r>
      <w:r>
        <w:rPr>
          <w:rFonts w:ascii="Microsoft JhengHei" w:hAnsi="Microsoft JhengHei" w:eastAsia="Microsoft JhengHei" w:cs="Microsoft JhengHei"/>
          <w:b w:val="0"/>
          <w:color w:val="5B6F8C"/>
          <w:sz w:val="17"/>
        </w:rPr>
        <w:t>Applying For（請擇一勾選）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6" w:color="9DB8E0"/>
          <w:left w:val="single" w:sz="6" w:color="9DB8E0"/>
          <w:bottom w:val="single" w:sz="6" w:color="9DB8E0"/>
          <w:right w:val="single" w:sz="6" w:color="9DB8E0"/>
          <w:insideH w:val="single" w:sz="6" w:color="9DB8E0"/>
          <w:insideV w:val="single" w:sz="6" w:color="9DB8E0"/>
        </w:tblBorders>
        <w:tblLayout w:type="fixed"/>
        <w:tblCellMar>
          <w:top w:w="102" w:type="dxa"/>
          <w:left w:w="102" w:type="dxa"/>
          <w:bottom w:w="102" w:type="dxa"/>
          <w:right w:w="102" w:type="dxa"/>
        </w:tblCellMar>
        <w:tblLayout w:type="fixed"/>
      </w:tblPr>
      <w:tblGrid>
        <w:gridCol w:w="9639"/>
      </w:tblGrid>
      <w:tr>
        <w:trPr>
          <w:cantSplit/>
        </w:trPr>
        <w:tc>
          <w:tcPr>
            <w:tcW w:type="dxa" w:w="9639"/>
          </w:tcPr>
          <w:p>
            <w:sdt>
              <w:sdtPr>
                <w:rPr>
                  <w:rFonts w:ascii="MS Gothic" w:hAnsi="MS Gothic" w:eastAsia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20"/>
                  </w:rPr>
                  <w:t>☐</w:t>
                </w:r>
              </w:sdtContent>
            </w:sdt>
            <w:r>
              <w:rPr>
                <w:rFonts w:ascii="Microsoft JhengHei" w:hAnsi="Microsoft JhengHei" w:eastAsia="Microsoft JhengHei" w:cs="Microsoft JhengHei"/>
                <w:b/>
                <w:sz w:val="20"/>
              </w:rPr>
              <w:t xml:space="preserve"> 儲備師資</w:t>
            </w:r>
            <w:r>
              <w:rPr>
                <w:rFonts w:ascii="Microsoft JhengHei" w:hAnsi="Microsoft JhengHei" w:eastAsia="Microsoft JhengHei" w:cs="Microsoft JhengHei"/>
                <w:sz w:val="19"/>
              </w:rPr>
              <w:t>（已完成 AI 實作課程並產出 1 件作品）</w:t>
            </w:r>
          </w:p>
        </w:tc>
      </w:tr>
      <w:tr>
        <w:trPr>
          <w:cantSplit/>
        </w:trPr>
        <w:tc>
          <w:tcPr>
            <w:tcW w:type="dxa" w:w="9639"/>
          </w:tcPr>
          <w:p>
            <w:sdt>
              <w:sdtPr>
                <w:rPr>
                  <w:rFonts w:ascii="MS Gothic" w:hAnsi="MS Gothic" w:eastAsia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20"/>
                  </w:rPr>
                  <w:t>☐</w:t>
                </w:r>
              </w:sdtContent>
            </w:sdt>
            <w:r>
              <w:rPr>
                <w:rFonts w:ascii="Microsoft JhengHei" w:hAnsi="Microsoft JhengHei" w:eastAsia="Microsoft JhengHei" w:cs="Microsoft JhengHei"/>
                <w:b/>
                <w:sz w:val="20"/>
              </w:rPr>
              <w:t xml:space="preserve"> AI 酷老師</w:t>
            </w:r>
            <w:r>
              <w:rPr>
                <w:rFonts w:ascii="Microsoft JhengHei" w:hAnsi="Microsoft JhengHei" w:eastAsia="Microsoft JhengHei" w:cs="Microsoft JhengHei"/>
                <w:sz w:val="19"/>
              </w:rPr>
              <w:t>（累計 3 件（含）以上作品）</w:t>
            </w:r>
          </w:p>
        </w:tc>
      </w:tr>
    </w:tbl>
    <w:p>
      <w:pPr>
        <w:keepNext/>
        <w:pageBreakBefore/>
        <w:spacing w:after="40" w:before="100"/>
      </w:pPr>
      <w:r>
        <w:rPr>
          <w:rFonts w:ascii="Microsoft JhengHei" w:hAnsi="Microsoft JhengHei" w:eastAsia="Microsoft JhengHei" w:cs="Microsoft JhengHei"/>
          <w:b/>
          <w:color w:val="FFFFFF"/>
          <w:sz w:val="20"/>
          <w:shd w:val="clear" w:fill="2563EB"/>
        </w:rPr>
        <w:t xml:space="preserve"> 5 </w:t>
      </w:r>
      <w:r>
        <w:rPr>
          <w:rFonts w:ascii="Microsoft JhengHei" w:hAnsi="Microsoft JhengHei" w:eastAsia="Microsoft JhengHei" w:cs="Microsoft JhengHei"/>
          <w:b/>
          <w:color w:val="1D4ED8"/>
          <w:sz w:val="22"/>
        </w:rPr>
        <w:t xml:space="preserve">  修課紀錄  </w:t>
      </w:r>
      <w:r>
        <w:rPr>
          <w:rFonts w:ascii="Microsoft JhengHei" w:hAnsi="Microsoft JhengHei" w:eastAsia="Microsoft JhengHei" w:cs="Microsoft JhengHei"/>
          <w:b w:val="0"/>
          <w:color w:val="5B6F8C"/>
          <w:sz w:val="17"/>
        </w:rPr>
        <w:t>Course Record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6" w:color="9DB8E0"/>
          <w:left w:val="single" w:sz="6" w:color="9DB8E0"/>
          <w:bottom w:val="single" w:sz="6" w:color="9DB8E0"/>
          <w:right w:val="single" w:sz="6" w:color="9DB8E0"/>
          <w:insideH w:val="single" w:sz="6" w:color="9DB8E0"/>
          <w:insideV w:val="single" w:sz="6" w:color="9DB8E0"/>
        </w:tblBorders>
        <w:tblLayout w:type="fixed"/>
        <w:tblCellMar>
          <w:top w:w="102" w:type="dxa"/>
          <w:left w:w="102" w:type="dxa"/>
          <w:bottom w:w="102" w:type="dxa"/>
          <w:right w:w="102" w:type="dxa"/>
        </w:tblCellMar>
        <w:tblLayout w:type="fixed"/>
      </w:tblPr>
      <w:tblGrid>
        <w:gridCol w:w="2154"/>
        <w:gridCol w:w="3515"/>
        <w:gridCol w:w="1701"/>
        <w:gridCol w:w="2268"/>
      </w:tblGrid>
      <w:tr>
        <w:trPr>
          <w:cantSplit/>
          <w:trHeight w:val="510" w:hRule="atLeast"/>
        </w:trPr>
        <w:tc>
          <w:tcPr>
            <w:tcW w:type="dxa" w:w="2154"/>
            <w:shd w:val="clear" w:color="auto" w:fill="F0F6FF"/>
            <w:vAlign w:val="center"/>
          </w:tcPr>
          <w:p>
            <w:pPr>
              <w:spacing w:after="0"/>
            </w:pPr>
            <w:r>
              <w:rPr>
                <w:rFonts w:ascii="Microsoft JhengHei" w:hAnsi="Microsoft JhengHei" w:eastAsia="Microsoft JhengHei" w:cs="Microsoft JhengHei"/>
                <w:b/>
                <w:color w:val="0C1A33"/>
                <w:sz w:val="18"/>
              </w:rPr>
              <w:t>AI 實作課程</w:t>
              <w:br/>
              <w:t>結業梯次／日期</w:t>
            </w:r>
          </w:p>
        </w:tc>
        <w:tc>
          <w:tcPr>
            <w:tcW w:type="dxa" w:w="3515"/>
          </w:tcPr>
          <w:p/>
        </w:tc>
        <w:tc>
          <w:tcPr>
            <w:tcW w:type="dxa" w:w="1701"/>
            <w:shd w:val="clear" w:color="auto" w:fill="F0F6FF"/>
            <w:vAlign w:val="center"/>
          </w:tcPr>
          <w:p>
            <w:pPr>
              <w:spacing w:after="0"/>
            </w:pPr>
            <w:r>
              <w:rPr>
                <w:rFonts w:ascii="Microsoft JhengHei" w:hAnsi="Microsoft JhengHei" w:eastAsia="Microsoft JhengHei" w:cs="Microsoft JhengHei"/>
                <w:b/>
                <w:color w:val="0C1A33"/>
                <w:sz w:val="18"/>
              </w:rPr>
              <w:t>是否參加共學會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sdt>
              <w:sdtPr>
                <w:rPr>
                  <w:rFonts w:ascii="MS Gothic" w:hAnsi="MS Gothic" w:eastAsia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19"/>
                  </w:rPr>
                  <w:t>☐</w:t>
                </w:r>
              </w:sdtContent>
            </w:sdt>
            <w:r>
              <w:rPr>
                <w:rFonts w:ascii="Microsoft JhengHei" w:hAnsi="Microsoft JhengHei" w:eastAsia="Microsoft JhengHei" w:cs="Microsoft JhengHei"/>
                <w:b w:val="0"/>
                <w:sz w:val="19"/>
              </w:rPr>
              <w:t xml:space="preserve"> 是　</w:t>
            </w:r>
            <w:sdt>
              <w:sdtPr>
                <w:rPr>
                  <w:rFonts w:ascii="MS Gothic" w:hAnsi="MS Gothic" w:eastAsia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19"/>
                  </w:rPr>
                  <w:t>☐</w:t>
                </w:r>
              </w:sdtContent>
            </w:sdt>
            <w:r>
              <w:rPr>
                <w:rFonts w:ascii="Microsoft JhengHei" w:hAnsi="Microsoft JhengHei" w:eastAsia="Microsoft JhengHei" w:cs="Microsoft JhengHei"/>
                <w:b w:val="0"/>
                <w:sz w:val="19"/>
              </w:rPr>
              <w:t xml:space="preserve"> 否　</w:t>
            </w:r>
          </w:p>
        </w:tc>
      </w:tr>
    </w:tbl>
    <w:p>
      <w:pPr>
        <w:keepNext/>
        <w:spacing w:after="40" w:before="100"/>
      </w:pPr>
      <w:r>
        <w:rPr>
          <w:rFonts w:ascii="Microsoft JhengHei" w:hAnsi="Microsoft JhengHei" w:eastAsia="Microsoft JhengHei" w:cs="Microsoft JhengHei"/>
          <w:b/>
          <w:color w:val="FFFFFF"/>
          <w:sz w:val="20"/>
          <w:shd w:val="clear" w:fill="2563EB"/>
        </w:rPr>
        <w:t xml:space="preserve"> 6 </w:t>
      </w:r>
      <w:r>
        <w:rPr>
          <w:rFonts w:ascii="Microsoft JhengHei" w:hAnsi="Microsoft JhengHei" w:eastAsia="Microsoft JhengHei" w:cs="Microsoft JhengHei"/>
          <w:b/>
          <w:color w:val="1D4ED8"/>
          <w:sz w:val="22"/>
        </w:rPr>
        <w:t xml:space="preserve">  作品清單  </w:t>
      </w:r>
      <w:r>
        <w:rPr>
          <w:rFonts w:ascii="Microsoft JhengHei" w:hAnsi="Microsoft JhengHei" w:eastAsia="Microsoft JhengHei" w:cs="Microsoft JhengHei"/>
          <w:b w:val="0"/>
          <w:color w:val="5B6F8C"/>
          <w:sz w:val="17"/>
        </w:rPr>
        <w:t>Portfolio</w:t>
      </w:r>
    </w:p>
    <w:p>
      <w:pPr>
        <w:spacing w:after="60" w:before="0"/>
      </w:pPr>
      <w:r>
        <w:rPr>
          <w:rFonts w:ascii="Microsoft JhengHei" w:hAnsi="Microsoft JhengHei" w:eastAsia="Microsoft JhengHei" w:cs="Microsoft JhengHei"/>
          <w:b w:val="0"/>
          <w:color w:val="5B6F8C"/>
          <w:sz w:val="16"/>
        </w:rPr>
        <w:t>※ 作品超過 3 件者，請另附頁列出（格式同上）。作品不限於課程期間產出，共學會延伸或後續自主開發之實作成果，經審核認可後均可列入累計件數。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6" w:color="9DB8E0"/>
          <w:left w:val="single" w:sz="6" w:color="9DB8E0"/>
          <w:bottom w:val="single" w:sz="6" w:color="9DB8E0"/>
          <w:right w:val="single" w:sz="6" w:color="9DB8E0"/>
          <w:insideH w:val="single" w:sz="6" w:color="9DB8E0"/>
          <w:insideV w:val="single" w:sz="6" w:color="9DB8E0"/>
        </w:tblBorders>
        <w:tblLayout w:type="fixed"/>
        <w:tblCellMar>
          <w:top w:w="102" w:type="dxa"/>
          <w:left w:w="102" w:type="dxa"/>
          <w:bottom w:w="102" w:type="dxa"/>
          <w:right w:w="102" w:type="dxa"/>
        </w:tblCellMar>
        <w:tblLayout w:type="fixed"/>
      </w:tblPr>
      <w:tblGrid>
        <w:gridCol w:w="510"/>
        <w:gridCol w:w="1927"/>
        <w:gridCol w:w="2835"/>
        <w:gridCol w:w="2381"/>
        <w:gridCol w:w="1984"/>
      </w:tblGrid>
      <w:tr>
        <w:trPr>
          <w:cantSplit/>
          <w:tblHeader/>
        </w:trPr>
        <w:tc>
          <w:tcPr>
            <w:tcW w:type="dxa" w:w="510"/>
            <w:shd w:val="clear" w:color="auto" w:fill="2563EB"/>
          </w:tcPr>
          <w:p>
            <w:pPr>
              <w:spacing w:after="0"/>
            </w:pPr>
            <w:r>
              <w:rPr>
                <w:rFonts w:ascii="Microsoft JhengHei" w:hAnsi="Microsoft JhengHei" w:eastAsia="Microsoft JhengHei" w:cs="Microsoft JhengHei"/>
                <w:b/>
                <w:color w:val="FFFFFF"/>
                <w:sz w:val="18"/>
              </w:rPr>
              <w:t>#</w:t>
            </w:r>
          </w:p>
        </w:tc>
        <w:tc>
          <w:tcPr>
            <w:tcW w:type="dxa" w:w="1927"/>
            <w:shd w:val="clear" w:color="auto" w:fill="2563EB"/>
          </w:tcPr>
          <w:p>
            <w:pPr>
              <w:spacing w:after="0"/>
            </w:pPr>
            <w:r>
              <w:rPr>
                <w:rFonts w:ascii="Microsoft JhengHei" w:hAnsi="Microsoft JhengHei" w:eastAsia="Microsoft JhengHei" w:cs="Microsoft JhengHei"/>
                <w:b/>
                <w:color w:val="FFFFFF"/>
                <w:sz w:val="18"/>
              </w:rPr>
              <w:t>作品名稱</w:t>
            </w:r>
          </w:p>
        </w:tc>
        <w:tc>
          <w:tcPr>
            <w:tcW w:type="dxa" w:w="2835"/>
            <w:shd w:val="clear" w:color="auto" w:fill="2563EB"/>
          </w:tcPr>
          <w:p>
            <w:pPr>
              <w:spacing w:after="0"/>
            </w:pPr>
            <w:r>
              <w:rPr>
                <w:rFonts w:ascii="Microsoft JhengHei" w:hAnsi="Microsoft JhengHei" w:eastAsia="Microsoft JhengHei" w:cs="Microsoft JhengHei"/>
                <w:b/>
                <w:color w:val="FFFFFF"/>
                <w:sz w:val="18"/>
              </w:rPr>
              <w:t>簡介</w:t>
            </w:r>
          </w:p>
        </w:tc>
        <w:tc>
          <w:tcPr>
            <w:tcW w:type="dxa" w:w="2381"/>
            <w:shd w:val="clear" w:color="auto" w:fill="2563EB"/>
          </w:tcPr>
          <w:p>
            <w:pPr>
              <w:spacing w:after="0"/>
            </w:pPr>
            <w:r>
              <w:rPr>
                <w:rFonts w:ascii="Microsoft JhengHei" w:hAnsi="Microsoft JhengHei" w:eastAsia="Microsoft JhengHei" w:cs="Microsoft JhengHei"/>
                <w:b/>
                <w:color w:val="FFFFFF"/>
                <w:sz w:val="18"/>
              </w:rPr>
              <w:t>作品連結或 Demo</w:t>
            </w:r>
          </w:p>
        </w:tc>
        <w:tc>
          <w:tcPr>
            <w:tcW w:type="dxa" w:w="1984"/>
            <w:shd w:val="clear" w:color="auto" w:fill="2563EB"/>
          </w:tcPr>
          <w:p>
            <w:pPr>
              <w:spacing w:after="0"/>
            </w:pPr>
            <w:r>
              <w:rPr>
                <w:rFonts w:ascii="Microsoft JhengHei" w:hAnsi="Microsoft JhengHei" w:eastAsia="Microsoft JhengHei" w:cs="Microsoft JhengHei"/>
                <w:b/>
                <w:color w:val="FFFFFF"/>
                <w:sz w:val="18"/>
              </w:rPr>
              <w:t>產出來源</w:t>
            </w:r>
          </w:p>
        </w:tc>
      </w:tr>
      <w:tr>
        <w:trPr>
          <w:cantSplit/>
          <w:trHeight w:val="680" w:hRule="atLeast"/>
        </w:trPr>
        <w:tc>
          <w:tcPr>
            <w:tcW w:type="dxa" w:w="510"/>
            <w:shd w:val="clear" w:color="auto" w:fill="F0F6FF"/>
            <w:vAlign w:val="center"/>
          </w:tcPr>
          <w:p>
            <w:pPr>
              <w:spacing w:after="0"/>
              <w:jc w:val="center"/>
            </w:pPr>
            <w:r>
              <w:rPr>
                <w:rFonts w:ascii="Microsoft JhengHei" w:hAnsi="Microsoft JhengHei" w:eastAsia="Microsoft JhengHei" w:cs="Microsoft JhengHei"/>
                <w:b/>
                <w:color w:val="2563EB"/>
                <w:sz w:val="20"/>
              </w:rPr>
              <w:t>1</w:t>
            </w:r>
          </w:p>
        </w:tc>
        <w:tc>
          <w:tcPr>
            <w:tcW w:type="dxa" w:w="1927"/>
          </w:tcPr>
          <w:p/>
        </w:tc>
        <w:tc>
          <w:tcPr>
            <w:tcW w:type="dxa" w:w="2835"/>
          </w:tcPr>
          <w:p/>
        </w:tc>
        <w:tc>
          <w:tcPr>
            <w:tcW w:type="dxa" w:w="2381"/>
          </w:tcPr>
          <w:p/>
        </w:tc>
        <w:tc>
          <w:tcPr>
            <w:tcW w:type="dxa" w:w="1984"/>
          </w:tcPr>
          <w:p>
            <w:pPr>
              <w:spacing w:after="0" w:line="240" w:lineRule="auto"/>
            </w:pPr>
            <w:sdt>
              <w:sdtPr>
                <w:rPr>
                  <w:rFonts w:ascii="MS Gothic" w:hAnsi="MS Gothic" w:eastAsia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17"/>
                  </w:rPr>
                  <w:t>☐</w:t>
                </w:r>
              </w:sdtContent>
            </w:sdt>
            <w:r>
              <w:rPr>
                <w:rFonts w:ascii="Microsoft JhengHei" w:hAnsi="Microsoft JhengHei" w:eastAsia="Microsoft JhengHei" w:cs="Microsoft JhengHei"/>
                <w:b w:val="0"/>
                <w:sz w:val="17"/>
              </w:rPr>
              <w:t xml:space="preserve"> 課程　</w:t>
            </w:r>
          </w:p>
          <w:p>
            <w:pPr>
              <w:spacing w:after="0" w:line="240" w:lineRule="auto"/>
            </w:pPr>
            <w:sdt>
              <w:sdtPr>
                <w:rPr>
                  <w:rFonts w:ascii="MS Gothic" w:hAnsi="MS Gothic" w:eastAsia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17"/>
                  </w:rPr>
                  <w:t>☐</w:t>
                </w:r>
              </w:sdtContent>
            </w:sdt>
            <w:r>
              <w:rPr>
                <w:rFonts w:ascii="Microsoft JhengHei" w:hAnsi="Microsoft JhengHei" w:eastAsia="Microsoft JhengHei" w:cs="Microsoft JhengHei"/>
                <w:b w:val="0"/>
                <w:sz w:val="17"/>
              </w:rPr>
              <w:t xml:space="preserve"> 共學會　</w:t>
            </w:r>
          </w:p>
          <w:p>
            <w:pPr>
              <w:spacing w:after="0" w:line="240" w:lineRule="auto"/>
            </w:pPr>
            <w:sdt>
              <w:sdtPr>
                <w:rPr>
                  <w:rFonts w:ascii="MS Gothic" w:hAnsi="MS Gothic" w:eastAsia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17"/>
                  </w:rPr>
                  <w:t>☐</w:t>
                </w:r>
              </w:sdtContent>
            </w:sdt>
            <w:r>
              <w:rPr>
                <w:rFonts w:ascii="Microsoft JhengHei" w:hAnsi="Microsoft JhengHei" w:eastAsia="Microsoft JhengHei" w:cs="Microsoft JhengHei"/>
                <w:b w:val="0"/>
                <w:sz w:val="17"/>
              </w:rPr>
              <w:t xml:space="preserve"> 自主專案　</w:t>
            </w:r>
          </w:p>
        </w:tc>
      </w:tr>
      <w:tr>
        <w:trPr>
          <w:cantSplit/>
          <w:trHeight w:val="680" w:hRule="atLeast"/>
        </w:trPr>
        <w:tc>
          <w:tcPr>
            <w:tcW w:type="dxa" w:w="510"/>
            <w:shd w:val="clear" w:color="auto" w:fill="F0F6FF"/>
            <w:vAlign w:val="center"/>
          </w:tcPr>
          <w:p>
            <w:pPr>
              <w:spacing w:after="0"/>
              <w:jc w:val="center"/>
            </w:pPr>
            <w:r>
              <w:rPr>
                <w:rFonts w:ascii="Microsoft JhengHei" w:hAnsi="Microsoft JhengHei" w:eastAsia="Microsoft JhengHei" w:cs="Microsoft JhengHei"/>
                <w:b/>
                <w:color w:val="2563EB"/>
                <w:sz w:val="20"/>
              </w:rPr>
              <w:t>2</w:t>
            </w:r>
          </w:p>
        </w:tc>
        <w:tc>
          <w:tcPr>
            <w:tcW w:type="dxa" w:w="1927"/>
          </w:tcPr>
          <w:p/>
        </w:tc>
        <w:tc>
          <w:tcPr>
            <w:tcW w:type="dxa" w:w="2835"/>
          </w:tcPr>
          <w:p/>
        </w:tc>
        <w:tc>
          <w:tcPr>
            <w:tcW w:type="dxa" w:w="2381"/>
          </w:tcPr>
          <w:p/>
        </w:tc>
        <w:tc>
          <w:tcPr>
            <w:tcW w:type="dxa" w:w="1984"/>
          </w:tcPr>
          <w:p>
            <w:pPr>
              <w:spacing w:after="0" w:line="240" w:lineRule="auto"/>
            </w:pPr>
            <w:sdt>
              <w:sdtPr>
                <w:rPr>
                  <w:rFonts w:ascii="MS Gothic" w:hAnsi="MS Gothic" w:eastAsia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17"/>
                  </w:rPr>
                  <w:t>☐</w:t>
                </w:r>
              </w:sdtContent>
            </w:sdt>
            <w:r>
              <w:rPr>
                <w:rFonts w:ascii="Microsoft JhengHei" w:hAnsi="Microsoft JhengHei" w:eastAsia="Microsoft JhengHei" w:cs="Microsoft JhengHei"/>
                <w:b w:val="0"/>
                <w:sz w:val="17"/>
              </w:rPr>
              <w:t xml:space="preserve"> 課程　</w:t>
            </w:r>
          </w:p>
          <w:p>
            <w:pPr>
              <w:spacing w:after="0" w:line="240" w:lineRule="auto"/>
            </w:pPr>
            <w:sdt>
              <w:sdtPr>
                <w:rPr>
                  <w:rFonts w:ascii="MS Gothic" w:hAnsi="MS Gothic" w:eastAsia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17"/>
                  </w:rPr>
                  <w:t>☐</w:t>
                </w:r>
              </w:sdtContent>
            </w:sdt>
            <w:r>
              <w:rPr>
                <w:rFonts w:ascii="Microsoft JhengHei" w:hAnsi="Microsoft JhengHei" w:eastAsia="Microsoft JhengHei" w:cs="Microsoft JhengHei"/>
                <w:b w:val="0"/>
                <w:sz w:val="17"/>
              </w:rPr>
              <w:t xml:space="preserve"> 共學會　</w:t>
            </w:r>
          </w:p>
          <w:p>
            <w:pPr>
              <w:spacing w:after="0" w:line="240" w:lineRule="auto"/>
            </w:pPr>
            <w:sdt>
              <w:sdtPr>
                <w:rPr>
                  <w:rFonts w:ascii="MS Gothic" w:hAnsi="MS Gothic" w:eastAsia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17"/>
                  </w:rPr>
                  <w:t>☐</w:t>
                </w:r>
              </w:sdtContent>
            </w:sdt>
            <w:r>
              <w:rPr>
                <w:rFonts w:ascii="Microsoft JhengHei" w:hAnsi="Microsoft JhengHei" w:eastAsia="Microsoft JhengHei" w:cs="Microsoft JhengHei"/>
                <w:b w:val="0"/>
                <w:sz w:val="17"/>
              </w:rPr>
              <w:t xml:space="preserve"> 自主專案　</w:t>
            </w:r>
          </w:p>
        </w:tc>
      </w:tr>
      <w:tr>
        <w:trPr>
          <w:cantSplit/>
          <w:trHeight w:val="680" w:hRule="atLeast"/>
        </w:trPr>
        <w:tc>
          <w:tcPr>
            <w:tcW w:type="dxa" w:w="510"/>
            <w:shd w:val="clear" w:color="auto" w:fill="F0F6FF"/>
            <w:vAlign w:val="center"/>
          </w:tcPr>
          <w:p>
            <w:pPr>
              <w:spacing w:after="0"/>
              <w:jc w:val="center"/>
            </w:pPr>
            <w:r>
              <w:rPr>
                <w:rFonts w:ascii="Microsoft JhengHei" w:hAnsi="Microsoft JhengHei" w:eastAsia="Microsoft JhengHei" w:cs="Microsoft JhengHei"/>
                <w:b/>
                <w:color w:val="2563EB"/>
                <w:sz w:val="20"/>
              </w:rPr>
              <w:t>3</w:t>
            </w:r>
          </w:p>
        </w:tc>
        <w:tc>
          <w:tcPr>
            <w:tcW w:type="dxa" w:w="1927"/>
          </w:tcPr>
          <w:p/>
        </w:tc>
        <w:tc>
          <w:tcPr>
            <w:tcW w:type="dxa" w:w="2835"/>
          </w:tcPr>
          <w:p/>
        </w:tc>
        <w:tc>
          <w:tcPr>
            <w:tcW w:type="dxa" w:w="2381"/>
          </w:tcPr>
          <w:p/>
        </w:tc>
        <w:tc>
          <w:tcPr>
            <w:tcW w:type="dxa" w:w="1984"/>
          </w:tcPr>
          <w:p>
            <w:pPr>
              <w:spacing w:after="0" w:line="240" w:lineRule="auto"/>
            </w:pPr>
            <w:sdt>
              <w:sdtPr>
                <w:rPr>
                  <w:rFonts w:ascii="MS Gothic" w:hAnsi="MS Gothic" w:eastAsia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17"/>
                  </w:rPr>
                  <w:t>☐</w:t>
                </w:r>
              </w:sdtContent>
            </w:sdt>
            <w:r>
              <w:rPr>
                <w:rFonts w:ascii="Microsoft JhengHei" w:hAnsi="Microsoft JhengHei" w:eastAsia="Microsoft JhengHei" w:cs="Microsoft JhengHei"/>
                <w:b w:val="0"/>
                <w:sz w:val="17"/>
              </w:rPr>
              <w:t xml:space="preserve"> 課程　</w:t>
            </w:r>
          </w:p>
          <w:p>
            <w:pPr>
              <w:spacing w:after="0" w:line="240" w:lineRule="auto"/>
            </w:pPr>
            <w:sdt>
              <w:sdtPr>
                <w:rPr>
                  <w:rFonts w:ascii="MS Gothic" w:hAnsi="MS Gothic" w:eastAsia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17"/>
                  </w:rPr>
                  <w:t>☐</w:t>
                </w:r>
              </w:sdtContent>
            </w:sdt>
            <w:r>
              <w:rPr>
                <w:rFonts w:ascii="Microsoft JhengHei" w:hAnsi="Microsoft JhengHei" w:eastAsia="Microsoft JhengHei" w:cs="Microsoft JhengHei"/>
                <w:b w:val="0"/>
                <w:sz w:val="17"/>
              </w:rPr>
              <w:t xml:space="preserve"> 共學會　</w:t>
            </w:r>
          </w:p>
          <w:p>
            <w:pPr>
              <w:spacing w:after="0" w:line="240" w:lineRule="auto"/>
            </w:pPr>
            <w:sdt>
              <w:sdtPr>
                <w:rPr>
                  <w:rFonts w:ascii="MS Gothic" w:hAnsi="MS Gothic" w:eastAsia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17"/>
                  </w:rPr>
                  <w:t>☐</w:t>
                </w:r>
              </w:sdtContent>
            </w:sdt>
            <w:r>
              <w:rPr>
                <w:rFonts w:ascii="Microsoft JhengHei" w:hAnsi="Microsoft JhengHei" w:eastAsia="Microsoft JhengHei" w:cs="Microsoft JhengHei"/>
                <w:b w:val="0"/>
                <w:sz w:val="17"/>
              </w:rPr>
              <w:t xml:space="preserve"> 自主專案　</w:t>
            </w:r>
          </w:p>
        </w:tc>
      </w:tr>
    </w:tbl>
    <w:p>
      <w:pPr>
        <w:keepNext/>
        <w:spacing w:after="40" w:before="100"/>
      </w:pPr>
      <w:r>
        <w:rPr>
          <w:rFonts w:ascii="Microsoft JhengHei" w:hAnsi="Microsoft JhengHei" w:eastAsia="Microsoft JhengHei" w:cs="Microsoft JhengHei"/>
          <w:b/>
          <w:color w:val="FFFFFF"/>
          <w:sz w:val="20"/>
          <w:shd w:val="clear" w:fill="2563EB"/>
        </w:rPr>
        <w:t xml:space="preserve"> 7 </w:t>
      </w:r>
      <w:r>
        <w:rPr>
          <w:rFonts w:ascii="Microsoft JhengHei" w:hAnsi="Microsoft JhengHei" w:eastAsia="Microsoft JhengHei" w:cs="Microsoft JhengHei"/>
          <w:b/>
          <w:color w:val="1D4ED8"/>
          <w:sz w:val="22"/>
        </w:rPr>
        <w:t xml:space="preserve">  教學經驗與可授課時段  </w:t>
      </w:r>
      <w:r>
        <w:rPr>
          <w:rFonts w:ascii="Microsoft JhengHei" w:hAnsi="Microsoft JhengHei" w:eastAsia="Microsoft JhengHei" w:cs="Microsoft JhengHei"/>
          <w:b w:val="0"/>
          <w:color w:val="5B6F8C"/>
          <w:sz w:val="17"/>
        </w:rPr>
        <w:t>Teaching Experience &amp; Availability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6" w:color="9DB8E0"/>
          <w:left w:val="single" w:sz="6" w:color="9DB8E0"/>
          <w:bottom w:val="single" w:sz="6" w:color="9DB8E0"/>
          <w:right w:val="single" w:sz="6" w:color="9DB8E0"/>
          <w:insideH w:val="single" w:sz="6" w:color="9DB8E0"/>
          <w:insideV w:val="single" w:sz="6" w:color="9DB8E0"/>
        </w:tblBorders>
        <w:tblLayout w:type="fixed"/>
        <w:tblCellMar>
          <w:top w:w="102" w:type="dxa"/>
          <w:left w:w="102" w:type="dxa"/>
          <w:bottom w:w="102" w:type="dxa"/>
          <w:right w:w="102" w:type="dxa"/>
        </w:tblCellMar>
        <w:tblLayout w:type="fixed"/>
      </w:tblPr>
      <w:tblGrid>
        <w:gridCol w:w="2154"/>
        <w:gridCol w:w="7484"/>
      </w:tblGrid>
      <w:tr>
        <w:trPr>
          <w:cantSplit/>
        </w:trPr>
        <w:tc>
          <w:tcPr>
            <w:tcW w:type="dxa" w:w="2154"/>
            <w:shd w:val="clear" w:color="auto" w:fill="F0F6FF"/>
            <w:vAlign w:val="center"/>
          </w:tcPr>
          <w:p>
            <w:pPr>
              <w:spacing w:after="0"/>
            </w:pPr>
            <w:r>
              <w:rPr>
                <w:rFonts w:ascii="Microsoft JhengHei" w:hAnsi="Microsoft JhengHei" w:eastAsia="Microsoft JhengHei" w:cs="Microsoft JhengHei"/>
                <w:b/>
                <w:color w:val="0C1A33"/>
                <w:sz w:val="18"/>
              </w:rPr>
              <w:t>可授課時段</w:t>
            </w:r>
            <w:r>
              <w:rPr>
                <w:rFonts w:ascii="Microsoft JhengHei" w:hAnsi="Microsoft JhengHei" w:eastAsia="Microsoft JhengHei" w:cs="Microsoft JhengHei"/>
                <w:b w:val="0"/>
                <w:color w:val="5B6F8C"/>
                <w:sz w:val="16"/>
              </w:rPr>
              <w:br/>
              <w:t>（可複選）</w:t>
            </w:r>
          </w:p>
        </w:tc>
        <w:tc>
          <w:tcPr>
            <w:tcW w:type="dxa" w:w="7484"/>
            <w:vAlign w:val="center"/>
          </w:tcPr>
          <w:p>
            <w:pPr>
              <w:spacing w:after="0"/>
            </w:pPr>
            <w:sdt>
              <w:sdtPr>
                <w:rPr>
                  <w:rFonts w:ascii="MS Gothic" w:hAnsi="MS Gothic" w:eastAsia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19"/>
                  </w:rPr>
                  <w:t>☐</w:t>
                </w:r>
              </w:sdtContent>
            </w:sdt>
            <w:r>
              <w:rPr>
                <w:rFonts w:ascii="Microsoft JhengHei" w:hAnsi="Microsoft JhengHei" w:eastAsia="Microsoft JhengHei" w:cs="Microsoft JhengHei"/>
                <w:b w:val="0"/>
                <w:sz w:val="19"/>
              </w:rPr>
              <w:t xml:space="preserve"> 平日晚間　</w:t>
            </w:r>
            <w:sdt>
              <w:sdtPr>
                <w:rPr>
                  <w:rFonts w:ascii="MS Gothic" w:hAnsi="MS Gothic" w:eastAsia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19"/>
                  </w:rPr>
                  <w:t>☐</w:t>
                </w:r>
              </w:sdtContent>
            </w:sdt>
            <w:r>
              <w:rPr>
                <w:rFonts w:ascii="Microsoft JhengHei" w:hAnsi="Microsoft JhengHei" w:eastAsia="Microsoft JhengHei" w:cs="Microsoft JhengHei"/>
                <w:b w:val="0"/>
                <w:sz w:val="19"/>
              </w:rPr>
              <w:t xml:space="preserve"> 週末　</w:t>
            </w:r>
            <w:sdt>
              <w:sdtPr>
                <w:rPr>
                  <w:rFonts w:ascii="MS Gothic" w:hAnsi="MS Gothic" w:eastAsia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19"/>
                  </w:rPr>
                  <w:t>☐</w:t>
                </w:r>
              </w:sdtContent>
            </w:sdt>
            <w:r>
              <w:rPr>
                <w:rFonts w:ascii="Microsoft JhengHei" w:hAnsi="Microsoft JhengHei" w:eastAsia="Microsoft JhengHei" w:cs="Microsoft JhengHei"/>
                <w:b w:val="0"/>
                <w:sz w:val="19"/>
              </w:rPr>
              <w:t xml:space="preserve"> 企業內訓　</w:t>
            </w:r>
          </w:p>
        </w:tc>
      </w:tr>
      <w:tr>
        <w:trPr>
          <w:cantSplit/>
          <w:trHeight w:val="1360" w:hRule="atLeast"/>
        </w:trPr>
        <w:tc>
          <w:tcPr>
            <w:tcW w:type="dxa" w:w="2154"/>
            <w:shd w:val="clear" w:color="auto" w:fill="F0F6FF"/>
            <w:vAlign w:val="center"/>
          </w:tcPr>
          <w:p>
            <w:pPr>
              <w:spacing w:after="0"/>
            </w:pPr>
            <w:r>
              <w:rPr>
                <w:rFonts w:ascii="Microsoft JhengHei" w:hAnsi="Microsoft JhengHei" w:eastAsia="Microsoft JhengHei" w:cs="Microsoft JhengHei"/>
                <w:b/>
                <w:color w:val="0C1A33"/>
                <w:sz w:val="18"/>
              </w:rPr>
              <w:t>過往教學或</w:t>
              <w:br/>
              <w:t>簡報經驗</w:t>
            </w:r>
            <w:r>
              <w:rPr>
                <w:rFonts w:ascii="Microsoft JhengHei" w:hAnsi="Microsoft JhengHei" w:eastAsia="Microsoft JhengHei" w:cs="Microsoft JhengHei"/>
                <w:b w:val="0"/>
                <w:color w:val="5B6F8C"/>
                <w:sz w:val="16"/>
              </w:rPr>
              <w:br/>
              <w:t>（簡述）</w:t>
            </w:r>
          </w:p>
        </w:tc>
        <w:tc>
          <w:tcPr>
            <w:tcW w:type="dxa" w:w="7484"/>
          </w:tcPr>
          <w:p/>
        </w:tc>
      </w:tr>
    </w:tbl>
    <w:p>
      <w:pPr>
        <w:keepNext/>
        <w:pageBreakBefore/>
        <w:spacing w:after="40" w:before="100"/>
      </w:pPr>
      <w:r>
        <w:rPr>
          <w:rFonts w:ascii="Microsoft JhengHei" w:hAnsi="Microsoft JhengHei" w:eastAsia="Microsoft JhengHei" w:cs="Microsoft JhengHei"/>
          <w:b/>
          <w:color w:val="FFFFFF"/>
          <w:sz w:val="20"/>
          <w:shd w:val="clear" w:fill="2563EB"/>
        </w:rPr>
        <w:t xml:space="preserve"> 8 </w:t>
      </w:r>
      <w:r>
        <w:rPr>
          <w:rFonts w:ascii="Microsoft JhengHei" w:hAnsi="Microsoft JhengHei" w:eastAsia="Microsoft JhengHei" w:cs="Microsoft JhengHei"/>
          <w:b/>
          <w:color w:val="1D4ED8"/>
          <w:sz w:val="22"/>
        </w:rPr>
        <w:t xml:space="preserve">  申請動機  </w:t>
      </w:r>
      <w:r>
        <w:rPr>
          <w:rFonts w:ascii="Microsoft JhengHei" w:hAnsi="Microsoft JhengHei" w:eastAsia="Microsoft JhengHei" w:cs="Microsoft JhengHei"/>
          <w:b w:val="0"/>
          <w:color w:val="5B6F8C"/>
          <w:sz w:val="17"/>
        </w:rPr>
        <w:t>Motivation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6" w:color="9DB8E0"/>
          <w:left w:val="single" w:sz="6" w:color="9DB8E0"/>
          <w:bottom w:val="single" w:sz="6" w:color="9DB8E0"/>
          <w:right w:val="single" w:sz="6" w:color="9DB8E0"/>
          <w:insideH w:val="single" w:sz="6" w:color="9DB8E0"/>
          <w:insideV w:val="single" w:sz="6" w:color="9DB8E0"/>
        </w:tblBorders>
        <w:tblLayout w:type="fixed"/>
        <w:tblCellMar>
          <w:top w:w="102" w:type="dxa"/>
          <w:left w:w="102" w:type="dxa"/>
          <w:bottom w:w="102" w:type="dxa"/>
          <w:right w:w="102" w:type="dxa"/>
        </w:tblCellMar>
        <w:tblLayout w:type="fixed"/>
      </w:tblPr>
      <w:tblGrid>
        <w:gridCol w:w="9639"/>
      </w:tblGrid>
      <w:tr>
        <w:trPr>
          <w:cantSplit/>
          <w:trHeight w:val="1701" w:hRule="atLeast"/>
        </w:trPr>
        <w:tc>
          <w:tcPr>
            <w:tcW w:type="dxa" w:w="9639"/>
          </w:tcPr>
          <w:p/>
        </w:tc>
      </w:tr>
    </w:tbl>
    <w:p>
      <w:pPr>
        <w:keepNext/>
        <w:spacing w:after="40" w:before="100"/>
      </w:pPr>
      <w:r>
        <w:rPr>
          <w:rFonts w:ascii="Microsoft JhengHei" w:hAnsi="Microsoft JhengHei" w:eastAsia="Microsoft JhengHei" w:cs="Microsoft JhengHei"/>
          <w:b/>
          <w:color w:val="FFFFFF"/>
          <w:sz w:val="20"/>
          <w:shd w:val="clear" w:fill="2563EB"/>
        </w:rPr>
        <w:t xml:space="preserve"> 9 </w:t>
      </w:r>
      <w:r>
        <w:rPr>
          <w:rFonts w:ascii="Microsoft JhengHei" w:hAnsi="Microsoft JhengHei" w:eastAsia="Microsoft JhengHei" w:cs="Microsoft JhengHei"/>
          <w:b/>
          <w:color w:val="1D4ED8"/>
          <w:sz w:val="22"/>
        </w:rPr>
        <w:t xml:space="preserve">  同意聲明  </w:t>
      </w:r>
      <w:r>
        <w:rPr>
          <w:rFonts w:ascii="Microsoft JhengHei" w:hAnsi="Microsoft JhengHei" w:eastAsia="Microsoft JhengHei" w:cs="Microsoft JhengHei"/>
          <w:b w:val="0"/>
          <w:color w:val="5B6F8C"/>
          <w:sz w:val="17"/>
        </w:rPr>
        <w:t>Declaration &amp; Consent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6" w:color="9DB8E0"/>
          <w:left w:val="single" w:sz="6" w:color="9DB8E0"/>
          <w:bottom w:val="single" w:sz="6" w:color="9DB8E0"/>
          <w:right w:val="single" w:sz="6" w:color="9DB8E0"/>
          <w:insideH w:val="single" w:sz="6" w:color="9DB8E0"/>
          <w:insideV w:val="single" w:sz="6" w:color="9DB8E0"/>
        </w:tblBorders>
        <w:tblLayout w:type="fixed"/>
        <w:tblCellMar>
          <w:top w:w="102" w:type="dxa"/>
          <w:left w:w="102" w:type="dxa"/>
          <w:bottom w:w="102" w:type="dxa"/>
          <w:right w:w="102" w:type="dxa"/>
        </w:tblCellMar>
        <w:tblLayout w:type="fixed"/>
      </w:tblPr>
      <w:tblGrid>
        <w:gridCol w:w="9639"/>
      </w:tblGrid>
      <w:tr>
        <w:trPr>
          <w:cantSplit/>
        </w:trPr>
        <w:tc>
          <w:tcPr>
            <w:tcW w:type="dxa" w:w="9639"/>
          </w:tcPr>
          <w:p>
            <w:sdt>
              <w:sdtPr>
                <w:rPr>
                  <w:rFonts w:ascii="MS Gothic" w:hAnsi="MS Gothic" w:eastAsia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19"/>
                  </w:rPr>
                  <w:t>☐</w:t>
                </w:r>
              </w:sdtContent>
            </w:sdt>
            <w:r>
              <w:rPr>
                <w:rFonts w:ascii="Microsoft JhengHei" w:hAnsi="Microsoft JhengHei" w:eastAsia="Microsoft JhengHei" w:cs="Microsoft JhengHei"/>
                <w:b w:val="0"/>
                <w:sz w:val="19"/>
              </w:rPr>
              <w:t xml:space="preserve"> 本人已詳閱《AI 酷老師專案計畫說明書》，並同意其中「師資資格認證機制」與「分級分潤制度」之規範。</w:t>
            </w:r>
          </w:p>
        </w:tc>
      </w:tr>
      <w:tr>
        <w:trPr>
          <w:cantSplit/>
        </w:trPr>
        <w:tc>
          <w:tcPr>
            <w:tcW w:type="dxa" w:w="9639"/>
          </w:tcPr>
          <w:p>
            <w:sdt>
              <w:sdtPr>
                <w:rPr>
                  <w:rFonts w:ascii="MS Gothic" w:hAnsi="MS Gothic" w:eastAsia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19"/>
                  </w:rPr>
                  <w:t>☐</w:t>
                </w:r>
              </w:sdtContent>
            </w:sdt>
            <w:r>
              <w:rPr>
                <w:rFonts w:ascii="Microsoft JhengHei" w:hAnsi="Microsoft JhengHei" w:eastAsia="Microsoft JhengHei" w:cs="Microsoft JhengHei"/>
                <w:b w:val="0"/>
                <w:sz w:val="19"/>
              </w:rPr>
              <w:t xml:space="preserve"> 本人同意 Logiscool 邏輯酷 × AIDC 依《個人資料保護法》蒐集、處理及利用本表所填之個人資料，僅用於師資審核與聯繫之目的。</w:t>
            </w:r>
          </w:p>
        </w:tc>
      </w:tr>
      <w:tr>
        <w:trPr>
          <w:cantSplit/>
        </w:trPr>
        <w:tc>
          <w:tcPr>
            <w:tcW w:type="dxa" w:w="9639"/>
          </w:tcPr>
          <w:p>
            <w:sdt>
              <w:sdtPr>
                <w:rPr>
                  <w:rFonts w:ascii="MS Gothic" w:hAnsi="MS Gothic" w:eastAsia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19"/>
                  </w:rPr>
                  <w:t>☐</w:t>
                </w:r>
              </w:sdtContent>
            </w:sdt>
            <w:r>
              <w:rPr>
                <w:rFonts w:ascii="Microsoft JhengHei" w:hAnsi="Microsoft JhengHei" w:eastAsia="Microsoft JhengHei" w:cs="Microsoft JhengHei"/>
                <w:b w:val="0"/>
                <w:sz w:val="19"/>
              </w:rPr>
              <w:t xml:space="preserve"> 本人聲明所提交之作品均為本人實作成果，且本表所填資料均屬實。</w:t>
            </w:r>
          </w:p>
        </w:tc>
      </w:tr>
    </w:tbl>
    <w:p>
      <w:pPr>
        <w:spacing w:after="40"/>
      </w:pP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6" w:color="9DB8E0"/>
          <w:left w:val="single" w:sz="6" w:color="9DB8E0"/>
          <w:bottom w:val="single" w:sz="6" w:color="9DB8E0"/>
          <w:right w:val="single" w:sz="6" w:color="9DB8E0"/>
          <w:insideH w:val="single" w:sz="6" w:color="9DB8E0"/>
          <w:insideV w:val="single" w:sz="6" w:color="9DB8E0"/>
        </w:tblBorders>
        <w:tblLayout w:type="fixed"/>
        <w:tblCellMar>
          <w:top w:w="102" w:type="dxa"/>
          <w:left w:w="102" w:type="dxa"/>
          <w:bottom w:w="102" w:type="dxa"/>
          <w:right w:w="102" w:type="dxa"/>
        </w:tblCellMar>
        <w:tblLayout w:type="fixed"/>
      </w:tblPr>
      <w:tblGrid>
        <w:gridCol w:w="1701"/>
        <w:gridCol w:w="3969"/>
        <w:gridCol w:w="1134"/>
        <w:gridCol w:w="2835"/>
      </w:tblGrid>
      <w:tr>
        <w:trPr>
          <w:cantSplit/>
          <w:trHeight w:val="737" w:hRule="atLeast"/>
        </w:trPr>
        <w:tc>
          <w:tcPr>
            <w:tcW w:type="dxa" w:w="1701"/>
            <w:shd w:val="clear" w:color="auto" w:fill="F0F6FF"/>
            <w:vAlign w:val="center"/>
          </w:tcPr>
          <w:p>
            <w:pPr>
              <w:spacing w:after="0"/>
            </w:pPr>
            <w:r>
              <w:rPr>
                <w:rFonts w:ascii="Microsoft JhengHei" w:hAnsi="Microsoft JhengHei" w:eastAsia="Microsoft JhengHei" w:cs="Microsoft JhengHei"/>
                <w:b/>
                <w:color w:val="0C1A33"/>
                <w:sz w:val="18"/>
              </w:rPr>
              <w:t>申請人簽名</w:t>
            </w:r>
          </w:p>
        </w:tc>
        <w:tc>
          <w:tcPr>
            <w:tcW w:type="dxa" w:w="3969"/>
          </w:tcPr>
          <w:p/>
        </w:tc>
        <w:tc>
          <w:tcPr>
            <w:tcW w:type="dxa" w:w="1134"/>
            <w:shd w:val="clear" w:color="auto" w:fill="F0F6FF"/>
            <w:vAlign w:val="center"/>
          </w:tcPr>
          <w:p>
            <w:pPr>
              <w:spacing w:after="0"/>
            </w:pPr>
            <w:r>
              <w:rPr>
                <w:rFonts w:ascii="Microsoft JhengHei" w:hAnsi="Microsoft JhengHei" w:eastAsia="Microsoft JhengHei" w:cs="Microsoft JhengHei"/>
                <w:b/>
                <w:color w:val="0C1A33"/>
                <w:sz w:val="18"/>
              </w:rPr>
              <w:t>日期</w:t>
            </w:r>
          </w:p>
        </w:tc>
        <w:tc>
          <w:tcPr>
            <w:tcW w:type="dxa" w:w="2835"/>
            <w:vAlign w:val="bottom"/>
          </w:tcPr>
          <w:p>
            <w:pPr>
              <w:spacing w:after="0"/>
            </w:pPr>
            <w:r>
              <w:rPr>
                <w:rFonts w:ascii="Microsoft JhengHei" w:hAnsi="Microsoft JhengHei" w:eastAsia="Microsoft JhengHei" w:cs="Microsoft JhengHei"/>
                <w:color w:val="5B6F8C"/>
                <w:sz w:val="20"/>
              </w:rPr>
              <w:t xml:space="preserve">　　　年　　月　　日</w:t>
            </w:r>
          </w:p>
        </w:tc>
      </w:tr>
    </w:tbl>
    <w:p>
      <w:pPr>
        <w:keepNext/>
        <w:spacing w:after="40" w:before="100"/>
      </w:pPr>
      <w:r>
        <w:rPr>
          <w:rFonts w:ascii="Microsoft JhengHei" w:hAnsi="Microsoft JhengHei" w:eastAsia="Microsoft JhengHei" w:cs="Microsoft JhengHei"/>
          <w:b/>
          <w:color w:val="FFFFFF"/>
          <w:sz w:val="20"/>
          <w:shd w:val="clear" w:fill="2563EB"/>
        </w:rPr>
        <w:t xml:space="preserve"> 10 </w:t>
      </w:r>
      <w:r>
        <w:rPr>
          <w:rFonts w:ascii="Microsoft JhengHei" w:hAnsi="Microsoft JhengHei" w:eastAsia="Microsoft JhengHei" w:cs="Microsoft JhengHei"/>
          <w:b/>
          <w:color w:val="1D4ED8"/>
          <w:sz w:val="22"/>
        </w:rPr>
        <w:t xml:space="preserve">  審核欄  </w:t>
      </w:r>
      <w:r>
        <w:rPr>
          <w:rFonts w:ascii="Microsoft JhengHei" w:hAnsi="Microsoft JhengHei" w:eastAsia="Microsoft JhengHei" w:cs="Microsoft JhengHei"/>
          <w:b w:val="0"/>
          <w:color w:val="5B6F8C"/>
          <w:sz w:val="17"/>
        </w:rPr>
        <w:t>Office Use Only · 申請人免填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6" w:color="9DB8E0"/>
          <w:left w:val="single" w:sz="6" w:color="9DB8E0"/>
          <w:bottom w:val="single" w:sz="6" w:color="9DB8E0"/>
          <w:right w:val="single" w:sz="6" w:color="9DB8E0"/>
          <w:insideH w:val="single" w:sz="6" w:color="9DB8E0"/>
          <w:insideV w:val="single" w:sz="6" w:color="9DB8E0"/>
        </w:tblBorders>
        <w:tblLayout w:type="fixed"/>
        <w:tblCellMar>
          <w:top w:w="102" w:type="dxa"/>
          <w:left w:w="102" w:type="dxa"/>
          <w:bottom w:w="102" w:type="dxa"/>
          <w:right w:w="102" w:type="dxa"/>
        </w:tblCellMar>
        <w:tblLayout w:type="fixed"/>
      </w:tblPr>
      <w:tblGrid>
        <w:gridCol w:w="1360"/>
        <w:gridCol w:w="3458"/>
        <w:gridCol w:w="1360"/>
        <w:gridCol w:w="3458"/>
      </w:tblGrid>
      <w:tr>
        <w:trPr>
          <w:cantSplit/>
          <w:trHeight w:val="510" w:hRule="atLeast"/>
        </w:trPr>
        <w:tc>
          <w:tcPr>
            <w:tcW w:type="dxa" w:w="1360"/>
            <w:shd w:val="clear" w:color="auto" w:fill="F3F5F8"/>
            <w:shd w:val="clear" w:color="auto" w:fill="E2E7EE"/>
            <w:vAlign w:val="center"/>
          </w:tcPr>
          <w:p>
            <w:pPr>
              <w:spacing w:after="0"/>
            </w:pPr>
            <w:r>
              <w:rPr>
                <w:rFonts w:ascii="Microsoft JhengHei" w:hAnsi="Microsoft JhengHei" w:eastAsia="Microsoft JhengHei" w:cs="Microsoft JhengHei"/>
                <w:b/>
                <w:color w:val="0C1A33"/>
                <w:sz w:val="18"/>
              </w:rPr>
              <w:t>收件日期</w:t>
            </w:r>
          </w:p>
        </w:tc>
        <w:tc>
          <w:tcPr>
            <w:tcW w:type="dxa" w:w="3458"/>
            <w:shd w:val="clear" w:color="auto" w:fill="F3F5F8"/>
          </w:tcPr>
          <w:p/>
        </w:tc>
        <w:tc>
          <w:tcPr>
            <w:tcW w:type="dxa" w:w="1360"/>
            <w:shd w:val="clear" w:color="auto" w:fill="F3F5F8"/>
            <w:shd w:val="clear" w:color="auto" w:fill="E2E7EE"/>
            <w:vAlign w:val="center"/>
          </w:tcPr>
          <w:p>
            <w:pPr>
              <w:spacing w:after="0"/>
            </w:pPr>
            <w:r>
              <w:rPr>
                <w:rFonts w:ascii="Microsoft JhengHei" w:hAnsi="Microsoft JhengHei" w:eastAsia="Microsoft JhengHei" w:cs="Microsoft JhengHei"/>
                <w:b/>
                <w:color w:val="0C1A33"/>
                <w:sz w:val="18"/>
              </w:rPr>
              <w:t>審核人</w:t>
            </w:r>
          </w:p>
        </w:tc>
        <w:tc>
          <w:tcPr>
            <w:tcW w:type="dxa" w:w="3458"/>
            <w:shd w:val="clear" w:color="auto" w:fill="F3F5F8"/>
          </w:tcPr>
          <w:p/>
        </w:tc>
      </w:tr>
      <w:tr>
        <w:trPr>
          <w:cantSplit/>
        </w:trPr>
        <w:tc>
          <w:tcPr>
            <w:tcW w:type="dxa" w:w="1360"/>
            <w:shd w:val="clear" w:color="auto" w:fill="F3F5F8"/>
            <w:shd w:val="clear" w:color="auto" w:fill="E2E7EE"/>
            <w:vAlign w:val="center"/>
          </w:tcPr>
          <w:p>
            <w:pPr>
              <w:spacing w:after="0"/>
            </w:pPr>
            <w:r>
              <w:rPr>
                <w:rFonts w:ascii="Microsoft JhengHei" w:hAnsi="Microsoft JhengHei" w:eastAsia="Microsoft JhengHei" w:cs="Microsoft JhengHei"/>
                <w:b/>
                <w:color w:val="0C1A33"/>
                <w:sz w:val="18"/>
              </w:rPr>
              <w:t>審核結果</w:t>
            </w:r>
          </w:p>
        </w:tc>
        <w:tc>
          <w:tcPr>
            <w:tcW w:type="dxa" w:w="8276"/>
            <w:gridSpan w:val="3"/>
            <w:shd w:val="clear" w:color="auto" w:fill="F3F5F8"/>
            <w:vAlign w:val="center"/>
          </w:tcPr>
          <w:p>
            <w:pPr>
              <w:spacing w:after="0"/>
            </w:pPr>
            <w:sdt>
              <w:sdtPr>
                <w:rPr>
                  <w:rFonts w:ascii="MS Gothic" w:hAnsi="MS Gothic" w:eastAsia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19"/>
                  </w:rPr>
                  <w:t>☐</w:t>
                </w:r>
              </w:sdtContent>
            </w:sdt>
            <w:r>
              <w:rPr>
                <w:rFonts w:ascii="Microsoft JhengHei" w:hAnsi="Microsoft JhengHei" w:eastAsia="Microsoft JhengHei" w:cs="Microsoft JhengHei"/>
                <w:b w:val="0"/>
                <w:sz w:val="19"/>
              </w:rPr>
              <w:t xml:space="preserve"> 通過儲備師資　</w:t>
            </w:r>
            <w:sdt>
              <w:sdtPr>
                <w:rPr>
                  <w:rFonts w:ascii="MS Gothic" w:hAnsi="MS Gothic" w:eastAsia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19"/>
                  </w:rPr>
                  <w:t>☐</w:t>
                </w:r>
              </w:sdtContent>
            </w:sdt>
            <w:r>
              <w:rPr>
                <w:rFonts w:ascii="Microsoft JhengHei" w:hAnsi="Microsoft JhengHei" w:eastAsia="Microsoft JhengHei" w:cs="Microsoft JhengHei"/>
                <w:b w:val="0"/>
                <w:sz w:val="19"/>
              </w:rPr>
              <w:t xml:space="preserve"> 通過 AI 酷老師　</w:t>
            </w:r>
            <w:sdt>
              <w:sdtPr>
                <w:rPr>
                  <w:rFonts w:ascii="MS Gothic" w:hAnsi="MS Gothic" w:eastAsia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19"/>
                  </w:rPr>
                  <w:t>☐</w:t>
                </w:r>
              </w:sdtContent>
            </w:sdt>
            <w:r>
              <w:rPr>
                <w:rFonts w:ascii="Microsoft JhengHei" w:hAnsi="Microsoft JhengHei" w:eastAsia="Microsoft JhengHei" w:cs="Microsoft JhengHei"/>
                <w:b w:val="0"/>
                <w:sz w:val="19"/>
              </w:rPr>
              <w:t xml:space="preserve"> 需補件　</w:t>
            </w:r>
          </w:p>
        </w:tc>
      </w:tr>
      <w:tr>
        <w:trPr>
          <w:cantSplit/>
          <w:trHeight w:val="907" w:hRule="atLeast"/>
        </w:trPr>
        <w:tc>
          <w:tcPr>
            <w:tcW w:type="dxa" w:w="1360"/>
            <w:shd w:val="clear" w:color="auto" w:fill="F3F5F8"/>
            <w:shd w:val="clear" w:color="auto" w:fill="E2E7EE"/>
            <w:vAlign w:val="center"/>
          </w:tcPr>
          <w:p>
            <w:pPr>
              <w:spacing w:after="0"/>
            </w:pPr>
            <w:r>
              <w:rPr>
                <w:rFonts w:ascii="Microsoft JhengHei" w:hAnsi="Microsoft JhengHei" w:eastAsia="Microsoft JhengHei" w:cs="Microsoft JhengHei"/>
                <w:b/>
                <w:color w:val="0C1A33"/>
                <w:sz w:val="18"/>
              </w:rPr>
              <w:t>備註</w:t>
            </w:r>
          </w:p>
        </w:tc>
        <w:tc>
          <w:tcPr>
            <w:tcW w:type="dxa" w:w="8276"/>
            <w:gridSpan w:val="3"/>
            <w:shd w:val="clear" w:color="auto" w:fill="F3F5F8"/>
          </w:tcPr>
          <w:p/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Microsoft JhengHei" w:hAnsi="Microsoft JhengHei" w:eastAsia="Microsoft JhengHei" w:cs="Microsoft JhengHei"/>
        <w:b w:val="0"/>
        <w:color w:val="5B6F8C"/>
        <w:sz w:val="16"/>
      </w:rPr>
      <w:t xml:space="preserve">Logiscool 邏輯酷 × AIDC　|　</w:t>
    </w:r>
    <w:r>
      <w:rPr>
        <w:rFonts w:ascii="Microsoft JhengHei" w:hAnsi="Microsoft JhengHei" w:eastAsia="Microsoft JhengHei" w:cs="Microsoft JhengHei"/>
        <w:b/>
        <w:color w:val="2563EB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Microsoft JhengHei" w:hAnsi="Microsoft JhengHei" w:eastAsia="Microsoft JhengHei" w:cs="Microsoft JhengHei"/>
        <w:b/>
        <w:color w:val="2563EB"/>
        <w:sz w:val="16"/>
      </w:rPr>
      <w:t xml:space="preserve">AI 酷老師專案計畫　</w:t>
    </w:r>
    <w:r>
      <w:rPr>
        <w:rFonts w:ascii="Microsoft JhengHei" w:hAnsi="Microsoft JhengHei" w:eastAsia="Microsoft JhengHei" w:cs="Microsoft JhengHei"/>
        <w:b w:val="0"/>
        <w:color w:val="5B6F8C"/>
        <w:sz w:val="16"/>
      </w:rPr>
      <w:t>酷老師申請表 Application Form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6" w:lineRule="auto" w:after="80"/>
    </w:pPr>
    <w:rPr>
      <w:rFonts w:ascii="Microsoft JhengHei" w:hAnsi="Microsoft JhengHei" w:eastAsia="Microsoft JhengHei" w:cs="Microsoft JhengHei"/>
      <w:color w:val="0C1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Microsoft JhengHei" w:hAnsi="Microsoft JhengHei" w:eastAsia="Microsoft JhengHei" w:cs="Microsoft JhengHei"/>
      <w:b/>
      <w:bCs/>
      <w:color w:val="0C1A3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Microsoft JhengHei" w:hAnsi="Microsoft JhengHei" w:eastAsia="Microsoft JhengHei" w:cs="Microsoft JhengHei"/>
      <w:b/>
      <w:bCs/>
      <w:color w:val="1D4ED8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160"/>
      <w:contextualSpacing/>
    </w:pPr>
    <w:rPr>
      <w:rFonts w:asciiTheme="majorHAnsi" w:eastAsiaTheme="majorEastAsia" w:hAnsiTheme="majorHAnsi" w:cstheme="majorBidi" w:ascii="Microsoft JhengHei" w:hAnsi="Microsoft JhengHei" w:eastAsia="Microsoft JhengHei" w:cs="Microsoft JhengHei"/>
      <w:b/>
      <w:color w:val="1D4ED8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160" w:after="120"/>
    </w:pPr>
    <w:rPr>
      <w:rFonts w:asciiTheme="majorHAnsi" w:eastAsiaTheme="majorEastAsia" w:hAnsiTheme="majorHAnsi" w:cstheme="majorBidi" w:ascii="Microsoft JhengHei" w:hAnsi="Microsoft JhengHei" w:eastAsia="Microsoft JhengHei" w:cs="Microsoft JhengHei"/>
      <w:b w:val="0"/>
      <w:i w:val="0"/>
      <w:iCs/>
      <w:color w:val="2563EB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